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017A1B" w14:textId="77777777" w:rsidR="00567B65" w:rsidRDefault="00000000" w:rsidP="00242F91">
      <w:pPr>
        <w:pStyle w:val="Nadpis1"/>
        <w:jc w:val="center"/>
      </w:pPr>
      <w:r>
        <w:t>Formulár – 100 % garancia najnižšej ceny</w:t>
      </w:r>
    </w:p>
    <w:p w14:paraId="6FB644AF" w14:textId="370CCD01" w:rsidR="00567B65" w:rsidRDefault="00000000" w:rsidP="00242F91">
      <w:r>
        <w:br/>
        <w:t>Údaje zákazníka:</w:t>
      </w:r>
      <w:r>
        <w:br/>
        <w:t>Meno a priezvisko: .........................................................................................................................</w:t>
      </w:r>
      <w:r>
        <w:br/>
        <w:t>Telefón: ..................................................   E-mail: .................................................................</w:t>
      </w:r>
      <w:r w:rsidR="00242F91">
        <w:t>.........</w:t>
      </w:r>
      <w:r>
        <w:br/>
      </w:r>
      <w:r>
        <w:br/>
        <w:t>Produkt na našej stránke:</w:t>
      </w:r>
      <w:r>
        <w:br/>
        <w:t>Názov produktu: .........................................................................................................................</w:t>
      </w:r>
      <w:r>
        <w:br/>
        <w:t xml:space="preserve">URL produktu </w:t>
      </w:r>
      <w:proofErr w:type="spellStart"/>
      <w:r>
        <w:t>na</w:t>
      </w:r>
      <w:proofErr w:type="spellEnd"/>
      <w:r>
        <w:t xml:space="preserve"> </w:t>
      </w:r>
      <w:proofErr w:type="spellStart"/>
      <w:r>
        <w:t>našej</w:t>
      </w:r>
      <w:proofErr w:type="spellEnd"/>
      <w:r>
        <w:t xml:space="preserve"> </w:t>
      </w:r>
      <w:proofErr w:type="spellStart"/>
      <w:r>
        <w:t>stránke</w:t>
      </w:r>
      <w:proofErr w:type="spellEnd"/>
      <w:r w:rsidR="00242F91">
        <w:t>(</w:t>
      </w:r>
      <w:proofErr w:type="spellStart"/>
      <w:r w:rsidR="00242F91">
        <w:t>skopíruj</w:t>
      </w:r>
      <w:proofErr w:type="spellEnd"/>
      <w:r w:rsidR="00242F91">
        <w:t xml:space="preserve"> link)</w:t>
      </w:r>
      <w:r>
        <w:t>: .........................................................................................................................</w:t>
      </w:r>
      <w:r w:rsidR="00242F91">
        <w:t>......................................</w:t>
      </w:r>
      <w:r>
        <w:br/>
      </w:r>
      <w:r>
        <w:br/>
        <w:t>Produkt u konkurencie:</w:t>
      </w:r>
      <w:r>
        <w:br/>
        <w:t xml:space="preserve">URL </w:t>
      </w:r>
      <w:proofErr w:type="spellStart"/>
      <w:r>
        <w:t>adresa</w:t>
      </w:r>
      <w:proofErr w:type="spellEnd"/>
      <w:r>
        <w:t xml:space="preserve"> (</w:t>
      </w:r>
      <w:proofErr w:type="spellStart"/>
      <w:r w:rsidR="00242F91">
        <w:t>skopíruj</w:t>
      </w:r>
      <w:proofErr w:type="spellEnd"/>
      <w:r w:rsidR="00242F91">
        <w:t xml:space="preserve"> </w:t>
      </w:r>
      <w:r>
        <w:t xml:space="preserve">link) </w:t>
      </w:r>
      <w:proofErr w:type="spellStart"/>
      <w:r>
        <w:t>na</w:t>
      </w:r>
      <w:proofErr w:type="spellEnd"/>
      <w:r>
        <w:t xml:space="preserve"> </w:t>
      </w:r>
      <w:proofErr w:type="spellStart"/>
      <w:r>
        <w:t>lacnejší</w:t>
      </w:r>
      <w:proofErr w:type="spellEnd"/>
      <w:r>
        <w:t xml:space="preserve"> </w:t>
      </w:r>
      <w:proofErr w:type="spellStart"/>
      <w:r>
        <w:t>produkt</w:t>
      </w:r>
      <w:proofErr w:type="spellEnd"/>
      <w:r>
        <w:t>: .........................................................................................................................</w:t>
      </w:r>
      <w:r>
        <w:br/>
        <w:t>Názov e-shopu konkurencie: .........................................................................................................................</w:t>
      </w:r>
      <w:r>
        <w:br/>
        <w:t>Cena produktu u konkurencie: .................................................. €</w:t>
      </w:r>
      <w:r>
        <w:br/>
      </w:r>
      <w:r>
        <w:br/>
        <w:t>Vyhlásenie zákazníka:</w:t>
      </w:r>
      <w:r>
        <w:br/>
        <w:t>Týmto žiadam o uplatnenie 100 % garancie najnižšej ceny a vyhlasujem, že:</w:t>
      </w:r>
      <w:r>
        <w:br/>
        <w:t>- ide o identický, nový a nepoužitý produkt,</w:t>
      </w:r>
      <w:r>
        <w:br/>
        <w:t>- produkt je u konkurencie skladom,</w:t>
      </w:r>
      <w:r>
        <w:br/>
        <w:t>- cena nie je viazaná na časovo obmedzenú akciu, výpredaj, balíček alebo inú špeciálnu zľavu,</w:t>
      </w:r>
      <w:r>
        <w:br/>
        <w:t>- ide o cenu platnú pre všetkých zákazníkov,</w:t>
      </w:r>
      <w:r>
        <w:br/>
        <w:t>- ide o predajcu pôsobiaceho na území Slovenskej alebo Českej republiky,</w:t>
      </w:r>
      <w:r>
        <w:br/>
        <w:t>- produkt nie je kombinovaný so žiadnou ďalšou zľavou alebo službou.</w:t>
      </w:r>
      <w:r>
        <w:br/>
      </w:r>
      <w:r>
        <w:br/>
        <w:t>Zároveň beriem na vedomie, že:</w:t>
      </w:r>
      <w:r>
        <w:br/>
        <w:t>- 100 % garancia najnižšej ceny nie je kombinovateľná s inými zľavami,</w:t>
      </w:r>
      <w:r>
        <w:br/>
        <w:t>- predajca si vyhradzuje právo overiť všetky uvedené údaje,</w:t>
      </w:r>
      <w:r>
        <w:br/>
        <w:t>- o uznaní alebo zamietnutí žiadosti budem informovaný telefonicky alebo e-mailom,</w:t>
      </w:r>
      <w:r>
        <w:br/>
        <w:t>- v prípade produktov, ktoré nie sú bežnou súčasťou ponuky, môže byť žiadosť posudzovaná individuálne.</w:t>
      </w:r>
      <w:r>
        <w:br/>
      </w:r>
      <w:r>
        <w:br/>
      </w:r>
    </w:p>
    <w:sectPr w:rsidR="00567B65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slovanzoznam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slovanzoznam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Zoznamsodrkami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Zoznamsodrkami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slovanzoznam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Zoznamsodrka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313149802">
    <w:abstractNumId w:val="8"/>
  </w:num>
  <w:num w:numId="2" w16cid:durableId="1024600313">
    <w:abstractNumId w:val="6"/>
  </w:num>
  <w:num w:numId="3" w16cid:durableId="1859928086">
    <w:abstractNumId w:val="5"/>
  </w:num>
  <w:num w:numId="4" w16cid:durableId="1431583184">
    <w:abstractNumId w:val="4"/>
  </w:num>
  <w:num w:numId="5" w16cid:durableId="1970431147">
    <w:abstractNumId w:val="7"/>
  </w:num>
  <w:num w:numId="6" w16cid:durableId="1515338884">
    <w:abstractNumId w:val="3"/>
  </w:num>
  <w:num w:numId="7" w16cid:durableId="49425205">
    <w:abstractNumId w:val="2"/>
  </w:num>
  <w:num w:numId="8" w16cid:durableId="16086651">
    <w:abstractNumId w:val="1"/>
  </w:num>
  <w:num w:numId="9" w16cid:durableId="7769461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42F91"/>
    <w:rsid w:val="0029639D"/>
    <w:rsid w:val="00326F90"/>
    <w:rsid w:val="00567B65"/>
    <w:rsid w:val="00584957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3E68520"/>
  <w14:defaultImageDpi w14:val="300"/>
  <w15:docId w15:val="{43EB96D3-48BA-4EE6-A9D7-997D12FB88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FC693F"/>
  </w:style>
  <w:style w:type="paragraph" w:styleId="Nadpis1">
    <w:name w:val="heading 1"/>
    <w:basedOn w:val="Normlny"/>
    <w:next w:val="Normlny"/>
    <w:link w:val="Nadpis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dpis2">
    <w:name w:val="heading 2"/>
    <w:basedOn w:val="Normlny"/>
    <w:next w:val="Normlny"/>
    <w:link w:val="Nadpis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dpis3">
    <w:name w:val="heading 3"/>
    <w:basedOn w:val="Normlny"/>
    <w:next w:val="Normlny"/>
    <w:link w:val="Nadpis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E618BF"/>
  </w:style>
  <w:style w:type="paragraph" w:styleId="Pta">
    <w:name w:val="footer"/>
    <w:basedOn w:val="Normlny"/>
    <w:link w:val="Pta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E618BF"/>
  </w:style>
  <w:style w:type="paragraph" w:styleId="Bezriadkovania">
    <w:name w:val="No Spacing"/>
    <w:uiPriority w:val="1"/>
    <w:qFormat/>
    <w:rsid w:val="00FC693F"/>
    <w:pPr>
      <w:spacing w:after="0" w:line="240" w:lineRule="auto"/>
    </w:pPr>
  </w:style>
  <w:style w:type="character" w:customStyle="1" w:styleId="Nadpis1Char">
    <w:name w:val="Nadpis 1 Char"/>
    <w:basedOn w:val="Predvolenpsmoodseku"/>
    <w:link w:val="Nadpis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dpis2Char">
    <w:name w:val="Nadpis 2 Char"/>
    <w:basedOn w:val="Predvolenpsmoodseku"/>
    <w:link w:val="Nadpis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dpis3Char">
    <w:name w:val="Nadpis 3 Char"/>
    <w:basedOn w:val="Predvolenpsmoodseku"/>
    <w:link w:val="Nadpis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zov">
    <w:name w:val="Title"/>
    <w:basedOn w:val="Normlny"/>
    <w:next w:val="Normlny"/>
    <w:link w:val="Nzov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NzovChar">
    <w:name w:val="Názov Char"/>
    <w:basedOn w:val="Predvolenpsmoodseku"/>
    <w:link w:val="Nzov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itulChar">
    <w:name w:val="Podtitul Char"/>
    <w:basedOn w:val="Predvolenpsmoodseku"/>
    <w:link w:val="Podtitu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Odsekzoznamu">
    <w:name w:val="List Paragraph"/>
    <w:basedOn w:val="Normlny"/>
    <w:uiPriority w:val="34"/>
    <w:qFormat/>
    <w:rsid w:val="00FC693F"/>
    <w:pPr>
      <w:ind w:left="720"/>
      <w:contextualSpacing/>
    </w:pPr>
  </w:style>
  <w:style w:type="paragraph" w:styleId="Zkladntext">
    <w:name w:val="Body Text"/>
    <w:basedOn w:val="Normlny"/>
    <w:link w:val="ZkladntextChar"/>
    <w:uiPriority w:val="99"/>
    <w:unhideWhenUsed/>
    <w:rsid w:val="00AA1D8D"/>
    <w:pPr>
      <w:spacing w:after="120"/>
    </w:pPr>
  </w:style>
  <w:style w:type="character" w:customStyle="1" w:styleId="ZkladntextChar">
    <w:name w:val="Základný text Char"/>
    <w:basedOn w:val="Predvolenpsmoodseku"/>
    <w:link w:val="Zkladntext"/>
    <w:uiPriority w:val="99"/>
    <w:rsid w:val="00AA1D8D"/>
  </w:style>
  <w:style w:type="paragraph" w:styleId="Zkladntext2">
    <w:name w:val="Body Text 2"/>
    <w:basedOn w:val="Normlny"/>
    <w:link w:val="Zkladntext2Char"/>
    <w:uiPriority w:val="99"/>
    <w:unhideWhenUsed/>
    <w:rsid w:val="00AA1D8D"/>
    <w:pPr>
      <w:spacing w:after="120" w:line="480" w:lineRule="auto"/>
    </w:pPr>
  </w:style>
  <w:style w:type="character" w:customStyle="1" w:styleId="Zkladntext2Char">
    <w:name w:val="Základný text 2 Char"/>
    <w:basedOn w:val="Predvolenpsmoodseku"/>
    <w:link w:val="Zkladntext2"/>
    <w:uiPriority w:val="99"/>
    <w:rsid w:val="00AA1D8D"/>
  </w:style>
  <w:style w:type="paragraph" w:styleId="Zkladntext3">
    <w:name w:val="Body Text 3"/>
    <w:basedOn w:val="Normlny"/>
    <w:link w:val="Zkladn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Zkladntext3Char">
    <w:name w:val="Základný text 3 Char"/>
    <w:basedOn w:val="Predvolenpsmoodseku"/>
    <w:link w:val="Zkladntext3"/>
    <w:uiPriority w:val="99"/>
    <w:rsid w:val="00AA1D8D"/>
    <w:rPr>
      <w:sz w:val="16"/>
      <w:szCs w:val="16"/>
    </w:rPr>
  </w:style>
  <w:style w:type="paragraph" w:styleId="Zoznam">
    <w:name w:val="List"/>
    <w:basedOn w:val="Normlny"/>
    <w:uiPriority w:val="99"/>
    <w:unhideWhenUsed/>
    <w:rsid w:val="00AA1D8D"/>
    <w:pPr>
      <w:ind w:left="360" w:hanging="360"/>
      <w:contextualSpacing/>
    </w:pPr>
  </w:style>
  <w:style w:type="paragraph" w:styleId="Zoznam2">
    <w:name w:val="List 2"/>
    <w:basedOn w:val="Normlny"/>
    <w:uiPriority w:val="99"/>
    <w:unhideWhenUsed/>
    <w:rsid w:val="00326F90"/>
    <w:pPr>
      <w:ind w:left="720" w:hanging="360"/>
      <w:contextualSpacing/>
    </w:pPr>
  </w:style>
  <w:style w:type="paragraph" w:styleId="Zoznam3">
    <w:name w:val="List 3"/>
    <w:basedOn w:val="Normlny"/>
    <w:uiPriority w:val="99"/>
    <w:unhideWhenUsed/>
    <w:rsid w:val="00326F90"/>
    <w:pPr>
      <w:ind w:left="1080" w:hanging="360"/>
      <w:contextualSpacing/>
    </w:pPr>
  </w:style>
  <w:style w:type="paragraph" w:styleId="Zoznamsodrkami">
    <w:name w:val="List Bullet"/>
    <w:basedOn w:val="Normlny"/>
    <w:uiPriority w:val="99"/>
    <w:unhideWhenUsed/>
    <w:rsid w:val="00326F90"/>
    <w:pPr>
      <w:numPr>
        <w:numId w:val="1"/>
      </w:numPr>
      <w:contextualSpacing/>
    </w:pPr>
  </w:style>
  <w:style w:type="paragraph" w:styleId="Zoznamsodrkami2">
    <w:name w:val="List Bullet 2"/>
    <w:basedOn w:val="Normlny"/>
    <w:uiPriority w:val="99"/>
    <w:unhideWhenUsed/>
    <w:rsid w:val="00326F90"/>
    <w:pPr>
      <w:numPr>
        <w:numId w:val="2"/>
      </w:numPr>
      <w:contextualSpacing/>
    </w:pPr>
  </w:style>
  <w:style w:type="paragraph" w:styleId="Zoznamsodrkami3">
    <w:name w:val="List Bullet 3"/>
    <w:basedOn w:val="Normlny"/>
    <w:uiPriority w:val="99"/>
    <w:unhideWhenUsed/>
    <w:rsid w:val="00326F90"/>
    <w:pPr>
      <w:numPr>
        <w:numId w:val="3"/>
      </w:numPr>
      <w:contextualSpacing/>
    </w:pPr>
  </w:style>
  <w:style w:type="paragraph" w:styleId="slovanzoznam">
    <w:name w:val="List Number"/>
    <w:basedOn w:val="Normlny"/>
    <w:uiPriority w:val="99"/>
    <w:unhideWhenUsed/>
    <w:rsid w:val="00326F90"/>
    <w:pPr>
      <w:numPr>
        <w:numId w:val="5"/>
      </w:numPr>
      <w:contextualSpacing/>
    </w:pPr>
  </w:style>
  <w:style w:type="paragraph" w:styleId="slovanzoznam2">
    <w:name w:val="List Number 2"/>
    <w:basedOn w:val="Normlny"/>
    <w:uiPriority w:val="99"/>
    <w:unhideWhenUsed/>
    <w:rsid w:val="0029639D"/>
    <w:pPr>
      <w:numPr>
        <w:numId w:val="6"/>
      </w:numPr>
      <w:contextualSpacing/>
    </w:pPr>
  </w:style>
  <w:style w:type="paragraph" w:styleId="slovanzoznam3">
    <w:name w:val="List Number 3"/>
    <w:basedOn w:val="Normlny"/>
    <w:uiPriority w:val="99"/>
    <w:unhideWhenUsed/>
    <w:rsid w:val="0029639D"/>
    <w:pPr>
      <w:numPr>
        <w:numId w:val="7"/>
      </w:numPr>
      <w:contextualSpacing/>
    </w:pPr>
  </w:style>
  <w:style w:type="paragraph" w:styleId="Pokraovaniezoznamu">
    <w:name w:val="List Continue"/>
    <w:basedOn w:val="Normlny"/>
    <w:uiPriority w:val="99"/>
    <w:unhideWhenUsed/>
    <w:rsid w:val="0029639D"/>
    <w:pPr>
      <w:spacing w:after="120"/>
      <w:ind w:left="360"/>
      <w:contextualSpacing/>
    </w:pPr>
  </w:style>
  <w:style w:type="paragraph" w:styleId="Pokraovaniezoznamu2">
    <w:name w:val="List Continue 2"/>
    <w:basedOn w:val="Normlny"/>
    <w:uiPriority w:val="99"/>
    <w:unhideWhenUsed/>
    <w:rsid w:val="0029639D"/>
    <w:pPr>
      <w:spacing w:after="120"/>
      <w:ind w:left="720"/>
      <w:contextualSpacing/>
    </w:pPr>
  </w:style>
  <w:style w:type="paragraph" w:styleId="Pokraovaniezoznamu3">
    <w:name w:val="List Continue 3"/>
    <w:basedOn w:val="Normlny"/>
    <w:uiPriority w:val="99"/>
    <w:unhideWhenUsed/>
    <w:rsid w:val="0029639D"/>
    <w:pPr>
      <w:spacing w:after="120"/>
      <w:ind w:left="1080"/>
      <w:contextualSpacing/>
    </w:pPr>
  </w:style>
  <w:style w:type="paragraph" w:styleId="Textmakra">
    <w:name w:val="macro"/>
    <w:link w:val="Textmakra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makraChar">
    <w:name w:val="Text makra Char"/>
    <w:basedOn w:val="Predvolenpsmoodseku"/>
    <w:link w:val="Textmakra"/>
    <w:uiPriority w:val="99"/>
    <w:rsid w:val="0029639D"/>
    <w:rPr>
      <w:rFonts w:ascii="Courier" w:hAnsi="Courier"/>
      <w:sz w:val="20"/>
      <w:szCs w:val="20"/>
    </w:rPr>
  </w:style>
  <w:style w:type="paragraph" w:styleId="Citcia">
    <w:name w:val="Quote"/>
    <w:basedOn w:val="Normlny"/>
    <w:next w:val="Normlny"/>
    <w:link w:val="CitciaChar"/>
    <w:uiPriority w:val="29"/>
    <w:qFormat/>
    <w:rsid w:val="00FC693F"/>
    <w:rPr>
      <w:i/>
      <w:iCs/>
      <w:color w:val="000000" w:themeColor="text1"/>
    </w:rPr>
  </w:style>
  <w:style w:type="character" w:customStyle="1" w:styleId="CitciaChar">
    <w:name w:val="Citácia Char"/>
    <w:basedOn w:val="Predvolenpsmoodseku"/>
    <w:link w:val="Citcia"/>
    <w:uiPriority w:val="29"/>
    <w:rsid w:val="00FC693F"/>
    <w:rPr>
      <w:i/>
      <w:iCs/>
      <w:color w:val="000000" w:themeColor="text1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Popis">
    <w:name w:val="caption"/>
    <w:basedOn w:val="Normlny"/>
    <w:next w:val="Normlny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Vrazn">
    <w:name w:val="Strong"/>
    <w:basedOn w:val="Predvolenpsmoodseku"/>
    <w:uiPriority w:val="22"/>
    <w:qFormat/>
    <w:rsid w:val="00FC693F"/>
    <w:rPr>
      <w:b/>
      <w:bCs/>
    </w:rPr>
  </w:style>
  <w:style w:type="character" w:styleId="Zvraznenie">
    <w:name w:val="Emphasis"/>
    <w:basedOn w:val="Predvolenpsmoodseku"/>
    <w:uiPriority w:val="20"/>
    <w:qFormat/>
    <w:rsid w:val="00FC693F"/>
    <w:rPr>
      <w:i/>
      <w:iCs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FC693F"/>
    <w:rPr>
      <w:b/>
      <w:bCs/>
      <w:i/>
      <w:iCs/>
      <w:color w:val="4F81BD" w:themeColor="accent1"/>
    </w:rPr>
  </w:style>
  <w:style w:type="character" w:styleId="Jemnzvraznenie">
    <w:name w:val="Subtle Emphasis"/>
    <w:basedOn w:val="Predvolenpsmoodseku"/>
    <w:uiPriority w:val="19"/>
    <w:qFormat/>
    <w:rsid w:val="00FC693F"/>
    <w:rPr>
      <w:i/>
      <w:iCs/>
      <w:color w:val="808080" w:themeColor="text1" w:themeTint="7F"/>
    </w:rPr>
  </w:style>
  <w:style w:type="character" w:styleId="Intenzvnezvraznenie">
    <w:name w:val="Intense Emphasis"/>
    <w:basedOn w:val="Predvolenpsmoodseku"/>
    <w:uiPriority w:val="21"/>
    <w:qFormat/>
    <w:rsid w:val="00FC693F"/>
    <w:rPr>
      <w:b/>
      <w:bCs/>
      <w:i/>
      <w:iCs/>
      <w:color w:val="4F81BD" w:themeColor="accent1"/>
    </w:rPr>
  </w:style>
  <w:style w:type="character" w:styleId="Jemnodkaz">
    <w:name w:val="Subtle Reference"/>
    <w:basedOn w:val="Predvolenpsmoodseku"/>
    <w:uiPriority w:val="31"/>
    <w:qFormat/>
    <w:rsid w:val="00FC693F"/>
    <w:rPr>
      <w:smallCaps/>
      <w:color w:val="C0504D" w:themeColor="accent2"/>
      <w:u w:val="single"/>
    </w:rPr>
  </w:style>
  <w:style w:type="character" w:styleId="Zvraznenodkaz">
    <w:name w:val="Intense Reference"/>
    <w:basedOn w:val="Predvolenpsmoodsek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Nzovknihy">
    <w:name w:val="Book Title"/>
    <w:basedOn w:val="Predvolenpsmoodseku"/>
    <w:uiPriority w:val="33"/>
    <w:qFormat/>
    <w:rsid w:val="00FC693F"/>
    <w:rPr>
      <w:b/>
      <w:bCs/>
      <w:smallCaps/>
      <w:spacing w:val="5"/>
    </w:rPr>
  </w:style>
  <w:style w:type="paragraph" w:styleId="Hlavikaobsahu">
    <w:name w:val="TOC Heading"/>
    <w:basedOn w:val="Nadpis1"/>
    <w:next w:val="Normlny"/>
    <w:uiPriority w:val="39"/>
    <w:semiHidden/>
    <w:unhideWhenUsed/>
    <w:qFormat/>
    <w:rsid w:val="00FC693F"/>
    <w:pPr>
      <w:outlineLvl w:val="9"/>
    </w:pPr>
  </w:style>
  <w:style w:type="table" w:styleId="Mriekatabuky">
    <w:name w:val="Table Grid"/>
    <w:basedOn w:val="Normlnatabuka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vetlpodfarbenie">
    <w:name w:val="Light Shading"/>
    <w:basedOn w:val="Normlnatabuka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vetlpodfarbeniezvraznenie1">
    <w:name w:val="Light Shading Accent 1"/>
    <w:basedOn w:val="Normlnatabuka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vetlpodfarbeniezvraznenie2">
    <w:name w:val="Light Shading Accent 2"/>
    <w:basedOn w:val="Normlnatabuka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vetlpodfarbeniezvraznenie3">
    <w:name w:val="Light Shading Accent 3"/>
    <w:basedOn w:val="Normlnatabuka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vetlpodfarbeniezvraznenie4">
    <w:name w:val="Light Shading Accent 4"/>
    <w:basedOn w:val="Normlnatabuka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vetlpodfarbeniezvraznenie5">
    <w:name w:val="Light Shading Accent 5"/>
    <w:basedOn w:val="Normlnatabuka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vetlpodfarbeniezvraznenie6">
    <w:name w:val="Light Shading Accent 6"/>
    <w:basedOn w:val="Normlnatabuka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Svetlzoznam">
    <w:name w:val="Light List"/>
    <w:basedOn w:val="Normlnatabuka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Svetlzoznamzvraznenie1">
    <w:name w:val="Light List Accent 1"/>
    <w:basedOn w:val="Normlnatabuka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Svetlzoznamzvraznenie2">
    <w:name w:val="Light List Accent 2"/>
    <w:basedOn w:val="Normlnatabu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Svetlzoznamzvraznenie3">
    <w:name w:val="Light List Accent 3"/>
    <w:basedOn w:val="Normlnatabu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Svetlzoznamzvraznenie4">
    <w:name w:val="Light List Accent 4"/>
    <w:basedOn w:val="Normlnatabu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Svetlzoznamzvraznenie5">
    <w:name w:val="Light List Accent 5"/>
    <w:basedOn w:val="Normlnatabu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Svetlzoznamzvraznenie6">
    <w:name w:val="Light List Accent 6"/>
    <w:basedOn w:val="Normlnatabu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Svetlmrieka">
    <w:name w:val="Light Grid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Svetlmriekazvraznenie1">
    <w:name w:val="Light Grid Accent 1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Svetlmriekazvraznenie2">
    <w:name w:val="Light Grid Accent 2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Svetlmriekazvraznenie3">
    <w:name w:val="Light Grid Accent 3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Svetlmriekazvraznenie4">
    <w:name w:val="Light Grid Accent 4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Svetlmriekazvraznenie5">
    <w:name w:val="Light Grid Accent 5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Svetlmriekazvraznenie6">
    <w:name w:val="Light Grid Accent 6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trednpodfarbenie1">
    <w:name w:val="Medium Shading 1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1zvraznenie1">
    <w:name w:val="Medium Shading 1 Accent 1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1zvraznenie2">
    <w:name w:val="Medium Shading 1 Accent 2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1zvraznenie3">
    <w:name w:val="Medium Shading 1 Accent 3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1zvraznenie4">
    <w:name w:val="Medium Shading 1 Accent 4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1zvraznenie5">
    <w:name w:val="Medium Shading 1 Accent 5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Farebnpodfarbenie1zvraznenie6">
    <w:name w:val="Medium Shading 1 Accent 6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2">
    <w:name w:val="Medium Shading 2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podfarbenie2zvraznenie1">
    <w:name w:val="Medium Shading 2 Accent 1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podfarbenie2zvraznenie2">
    <w:name w:val="Medium Shading 2 Accent 2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podfarbenie2zvraznenie3">
    <w:name w:val="Medium Shading 2 Accent 3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podfarbenie2zvraznenie4">
    <w:name w:val="Medium Shading 2 Accent 4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podfarbenie2zvraznenie5">
    <w:name w:val="Medium Shading 2 Accent 5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Farebnpodfarbenie2zvraznenie6">
    <w:name w:val="Medium Shading 2 Accent 6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zoznam1">
    <w:name w:val="Medium List 1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Strednzoznam1zvraznenie1">
    <w:name w:val="Medium List 1 Accent 1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Strednzoznam1zvraznenie2">
    <w:name w:val="Medium List 1 Accent 2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Strednzoznam1zvraznenie3">
    <w:name w:val="Medium List 1 Accent 3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Strednzoznam1zvraznenie4">
    <w:name w:val="Medium List 1 Accent 4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Strednzoznam1zvraznenie5">
    <w:name w:val="Medium List 1 Accent 5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Strednzoznam1zvraznenie6">
    <w:name w:val="Medium List 1 Accent 6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Strednzoznam2">
    <w:name w:val="Medium List 2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1">
    <w:name w:val="Medium List 2 Accent 1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2">
    <w:name w:val="Medium List 2 Accent 2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3">
    <w:name w:val="Medium List 2 Accent 3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4">
    <w:name w:val="Medium List 2 Accent 4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5">
    <w:name w:val="Medium List 2 Accent 5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6">
    <w:name w:val="Medium List 2 Accent 6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mrieka1">
    <w:name w:val="Medium Grid 1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Strednmrieka1zvraznenie1">
    <w:name w:val="Medium Grid 1 Accent 1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Strednmrieka1zvraznenie2">
    <w:name w:val="Medium Grid 1 Accent 2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Strednmrieka1zvraznenie3">
    <w:name w:val="Medium Grid 1 Accent 3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trednmrieka1zvraznenie4">
    <w:name w:val="Medium Grid 1 Accent 4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Strednmrieka1zvraznenie5">
    <w:name w:val="Medium Grid 1 Accent 5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Strednmrieka1zvraznenie6">
    <w:name w:val="Medium Grid 1 Accent 6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Strednmrieka2">
    <w:name w:val="Medium Grid 2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1">
    <w:name w:val="Medium Grid 2 Accent 1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2">
    <w:name w:val="Medium Grid 2 Accent 2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3">
    <w:name w:val="Medium Grid 2 Accent 3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4">
    <w:name w:val="Medium Grid 2 Accent 4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5">
    <w:name w:val="Medium Grid 2 Accent 5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6">
    <w:name w:val="Medium Grid 2 Accent 6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3">
    <w:name w:val="Medium Grid 3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Strednmrieka3zvraznenie1">
    <w:name w:val="Medium Grid 3 Accent 1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Strednmrieka3zvraznenie2">
    <w:name w:val="Medium Grid 3 Accent 2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Strednmrieka3zvraznenie3">
    <w:name w:val="Medium Grid 3 Accent 3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Strednmrieka3zvraznenie4">
    <w:name w:val="Medium Grid 3 Accent 4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Strednmrieka3zvraznenie5">
    <w:name w:val="Medium Grid 3 Accent 5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Strednmrieka3zvraznenie6">
    <w:name w:val="Medium Grid 3 Accent 6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Tmavzoznam">
    <w:name w:val="Dark List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Tmavzoznamzvraznenie1">
    <w:name w:val="Dark List Accent 1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Tmavzoznamzvraznenie2">
    <w:name w:val="Dark List Accent 2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Tmavzoznamzvraznenie3">
    <w:name w:val="Dark List Accent 3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Tmavzoznamzvraznenie4">
    <w:name w:val="Dark List Accent 4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Tmavzoznamzvraznenie5">
    <w:name w:val="Dark List Accent 5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Tmavzoznamzvraznenie6">
    <w:name w:val="Dark List Accent 6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Farebnpodfarbenie">
    <w:name w:val="Colorful Shading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podfarbeniezvraznenie1">
    <w:name w:val="Colorful Shading Accent 1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podfarbeniezvraznenie2">
    <w:name w:val="Colorful Shading Accent 2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podfarbeniezvraznenie3">
    <w:name w:val="Colorful Shading Accent 3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ebnpodfarbeniezvraznenie4">
    <w:name w:val="Colorful Shading Accent 4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podfarbeniezvraznenie5">
    <w:name w:val="Colorful Shading Accent 5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podfarbeniezvraznenie6">
    <w:name w:val="Colorful Shading Accent 6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zoznam">
    <w:name w:val="Colorful List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ebnzoznamzvraznenie1">
    <w:name w:val="Colorful List Accent 1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Farebnzoznamzvraznenie2">
    <w:name w:val="Colorful List Accent 2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Farebnzoznamzvraznenie3">
    <w:name w:val="Colorful List Accent 3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Farebnzoznamzvraznenie4">
    <w:name w:val="Colorful List Accent 4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Farebnzoznamzvraznenie5">
    <w:name w:val="Colorful List Accent 5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Farebnzoznamzvraznenie6">
    <w:name w:val="Colorful List Accent 6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Farebnmrieka">
    <w:name w:val="Colorful Grid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ebnmriekazvraznenie1">
    <w:name w:val="Colorful Grid Accent 1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Farebnmriekazvraznenie2">
    <w:name w:val="Colorful Grid Accent 2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Farebnmriekazvraznenie3">
    <w:name w:val="Colorful Grid Accent 3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ebnmriekazvraznenie4">
    <w:name w:val="Colorful Grid Accent 4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Farebnmriekazvraznenie5">
    <w:name w:val="Colorful Grid Accent 5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Farebnmriekazvraznenie6">
    <w:name w:val="Colorful Grid Accent 6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291</Words>
  <Characters>1660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1948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Martin</cp:lastModifiedBy>
  <cp:revision>2</cp:revision>
  <dcterms:created xsi:type="dcterms:W3CDTF">2026-01-13T19:41:00Z</dcterms:created>
  <dcterms:modified xsi:type="dcterms:W3CDTF">2026-01-13T19:41:00Z</dcterms:modified>
  <cp:category/>
</cp:coreProperties>
</file>