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3B5A1" w14:textId="77777777" w:rsidR="00A5379C" w:rsidRDefault="00000000" w:rsidP="007C0814">
      <w:pPr>
        <w:pStyle w:val="Nadpis1"/>
        <w:jc w:val="center"/>
      </w:pPr>
      <w:r>
        <w:t>Formulár na vrátenie tovaru</w:t>
      </w:r>
    </w:p>
    <w:p w14:paraId="1FFDDE46" w14:textId="77777777" w:rsidR="007C0814" w:rsidRDefault="00000000">
      <w:r>
        <w:br/>
        <w:t>Kupujúci:</w:t>
      </w:r>
      <w:r>
        <w:br/>
        <w:t>Meno a priezvisko: .........................................................................................................................</w:t>
      </w:r>
      <w:r>
        <w:br/>
        <w:t>Adresa: .........................................................................................................................</w:t>
      </w:r>
      <w:r w:rsidR="007C0814">
        <w:t>.......................</w:t>
      </w:r>
      <w:r>
        <w:br/>
        <w:t>Telefón: ..................................................</w:t>
      </w:r>
      <w:r w:rsidR="007C0814">
        <w:t>..........</w:t>
      </w:r>
      <w:r>
        <w:t xml:space="preserve">   E-mail: .................................................................</w:t>
      </w:r>
      <w:r>
        <w:br/>
      </w:r>
      <w:r>
        <w:br/>
      </w:r>
    </w:p>
    <w:p w14:paraId="27EB8A6B" w14:textId="77777777" w:rsidR="007C0814" w:rsidRDefault="00000000">
      <w:proofErr w:type="spellStart"/>
      <w:r>
        <w:t>Predajca</w:t>
      </w:r>
      <w:proofErr w:type="spellEnd"/>
      <w:r>
        <w:t>:</w:t>
      </w:r>
      <w:r>
        <w:br/>
      </w:r>
      <w:proofErr w:type="spellStart"/>
      <w:r>
        <w:t>Pneumato</w:t>
      </w:r>
      <w:proofErr w:type="spellEnd"/>
      <w:r>
        <w:t xml:space="preserve"> </w:t>
      </w:r>
      <w:proofErr w:type="spellStart"/>
      <w:r>
        <w:t>s.r.o.</w:t>
      </w:r>
      <w:proofErr w:type="spellEnd"/>
      <w:r>
        <w:br/>
        <w:t>Trstínska 9</w:t>
      </w:r>
      <w:r>
        <w:br/>
        <w:t>917 01 Trnava</w:t>
      </w:r>
      <w:r>
        <w:br/>
        <w:t>Slovenská republika</w:t>
      </w:r>
      <w:r>
        <w:br/>
        <w:t>IČO: 36610739</w:t>
      </w:r>
      <w:r>
        <w:br/>
      </w:r>
      <w:r>
        <w:br/>
        <w:t>Číslo objednávky / dokladu: ..................................................</w:t>
      </w:r>
      <w:r>
        <w:br/>
        <w:t>Dátum objednania: ..................................................</w:t>
      </w:r>
      <w:r w:rsidR="007C0814">
        <w:t>..................</w:t>
      </w:r>
      <w:r>
        <w:br/>
        <w:t>Dátum prevzatia tovaru: ..................................................</w:t>
      </w:r>
      <w:r w:rsidR="007C0814">
        <w:t>.......</w:t>
      </w:r>
      <w:r>
        <w:br/>
      </w:r>
      <w:r>
        <w:br/>
      </w:r>
      <w:proofErr w:type="spellStart"/>
      <w:r>
        <w:t>Názov</w:t>
      </w:r>
      <w:proofErr w:type="spellEnd"/>
      <w:r>
        <w:t xml:space="preserve"> </w:t>
      </w:r>
      <w:proofErr w:type="spellStart"/>
      <w:r>
        <w:t>vráteného</w:t>
      </w:r>
      <w:proofErr w:type="spellEnd"/>
      <w:r>
        <w:t xml:space="preserve"> </w:t>
      </w:r>
      <w:proofErr w:type="spellStart"/>
      <w:r>
        <w:t>tovaru</w:t>
      </w:r>
      <w:proofErr w:type="spellEnd"/>
      <w:r>
        <w:t>:</w:t>
      </w:r>
    </w:p>
    <w:p w14:paraId="1573203A" w14:textId="5FA06911" w:rsidR="007C0814" w:rsidRDefault="00000000">
      <w:r>
        <w:br/>
        <w:t>.........................................................................................................................</w:t>
      </w:r>
      <w:r w:rsidR="007C0814">
        <w:t>.............................................</w:t>
      </w:r>
    </w:p>
    <w:p w14:paraId="44F416D3" w14:textId="77777777" w:rsidR="007C0814" w:rsidRDefault="007C0814">
      <w:r>
        <w:t>……………………………………………………………………………………………………………………….</w:t>
      </w:r>
    </w:p>
    <w:p w14:paraId="136332CC" w14:textId="77777777" w:rsidR="007C0814" w:rsidRDefault="007C0814">
      <w:r>
        <w:t>……………………………………………………………………………………………………………………….</w:t>
      </w:r>
      <w:r w:rsidR="00000000">
        <w:br/>
      </w:r>
      <w:r w:rsidR="00000000">
        <w:br/>
      </w:r>
      <w:proofErr w:type="spellStart"/>
      <w:r w:rsidR="00000000">
        <w:t>Dôvod</w:t>
      </w:r>
      <w:proofErr w:type="spellEnd"/>
      <w:r w:rsidR="00000000">
        <w:t xml:space="preserve"> </w:t>
      </w:r>
      <w:proofErr w:type="spellStart"/>
      <w:r w:rsidR="00000000">
        <w:t>vrátenia</w:t>
      </w:r>
      <w:proofErr w:type="spellEnd"/>
      <w:r w:rsidR="00000000">
        <w:t xml:space="preserve"> </w:t>
      </w:r>
      <w:proofErr w:type="spellStart"/>
      <w:r w:rsidR="00000000">
        <w:t>tovaru</w:t>
      </w:r>
      <w:proofErr w:type="spellEnd"/>
      <w:r w:rsidR="00000000">
        <w:t xml:space="preserve"> (</w:t>
      </w:r>
      <w:proofErr w:type="spellStart"/>
      <w:r w:rsidR="00000000">
        <w:t>nepovinné</w:t>
      </w:r>
      <w:proofErr w:type="spellEnd"/>
      <w:r w:rsidR="00000000">
        <w:t>):</w:t>
      </w:r>
    </w:p>
    <w:p w14:paraId="4B78E219" w14:textId="057C7A0F" w:rsidR="007C0814" w:rsidRDefault="00000000">
      <w:r>
        <w:br/>
        <w:t>.........................................................................................................................</w:t>
      </w:r>
      <w:r w:rsidR="007C0814">
        <w:t>.............................................</w:t>
      </w:r>
    </w:p>
    <w:p w14:paraId="6D2F57E3" w14:textId="77777777" w:rsidR="007C0814" w:rsidRDefault="00000000">
      <w:r>
        <w:t>.........................................................................................................................</w:t>
      </w:r>
      <w:r w:rsidR="007C0814">
        <w:t>.............................................</w:t>
      </w:r>
      <w:r>
        <w:br/>
      </w:r>
      <w:r>
        <w:br/>
        <w:t>Stav vráteného tovaru:</w:t>
      </w:r>
      <w:r>
        <w:br/>
        <w:t>☐ nepoužitý</w:t>
      </w:r>
      <w:r>
        <w:br/>
        <w:t>☐ rozbalený</w:t>
      </w:r>
      <w:r>
        <w:br/>
        <w:t>☐ použitý</w:t>
      </w:r>
      <w:r>
        <w:br/>
        <w:t>☐ poškodený</w:t>
      </w:r>
      <w:r>
        <w:br/>
      </w:r>
      <w:r>
        <w:br/>
      </w:r>
    </w:p>
    <w:p w14:paraId="0A08AE04" w14:textId="77777777" w:rsidR="007C0814" w:rsidRDefault="00000000">
      <w:proofErr w:type="spellStart"/>
      <w:r>
        <w:lastRenderedPageBreak/>
        <w:t>Obsah</w:t>
      </w:r>
      <w:proofErr w:type="spellEnd"/>
      <w:r>
        <w:t xml:space="preserve"> </w:t>
      </w:r>
      <w:proofErr w:type="spellStart"/>
      <w:r>
        <w:t>balenia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vrátení</w:t>
      </w:r>
      <w:proofErr w:type="spellEnd"/>
      <w:r>
        <w:t>:</w:t>
      </w:r>
    </w:p>
    <w:p w14:paraId="483FF736" w14:textId="4C4B910E" w:rsidR="007C0814" w:rsidRDefault="00000000">
      <w:r>
        <w:br/>
        <w:t>.........................................................................................................................</w:t>
      </w:r>
      <w:r w:rsidR="007C0814">
        <w:t>.................................................................</w:t>
      </w:r>
      <w:r>
        <w:br/>
        <w:t>.........................................................................................................................</w:t>
      </w:r>
      <w:r w:rsidR="007C0814">
        <w:t>.................................................................</w:t>
      </w:r>
      <w:r>
        <w:br/>
      </w:r>
      <w:r>
        <w:br/>
        <w:t>Spôsob vrátenia peňazí:</w:t>
      </w:r>
      <w:r>
        <w:br/>
        <w:t>☐ bankovým prevodom     ☐ dobropis / kredit</w:t>
      </w:r>
      <w:r>
        <w:br/>
      </w:r>
      <w:r>
        <w:br/>
        <w:t>Číslo účtu (IBAN):</w:t>
      </w:r>
      <w:r>
        <w:br/>
        <w:t>.........................................................................................................................</w:t>
      </w:r>
      <w:r w:rsidR="007C0814">
        <w:t>.................................................................</w:t>
      </w:r>
      <w:r>
        <w:br/>
      </w:r>
      <w:r>
        <w:br/>
        <w:t>Vyhlásenie kupujúceho:</w:t>
      </w:r>
      <w:r>
        <w:br/>
        <w:t xml:space="preserve">Týmto oznamujem, že v súlade s § 7 a nasl. zákona č. 102/2014 Z. z. o ochrane spotrebiteľa pri predaji tovaru </w:t>
      </w:r>
      <w:proofErr w:type="spellStart"/>
      <w:r>
        <w:t>alebo</w:t>
      </w:r>
      <w:proofErr w:type="spellEnd"/>
      <w:r>
        <w:t xml:space="preserve"> poskytovaní služieb na základe zmluvy uzavretej na diaľku alebo zmluvy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prevádzkových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 </w:t>
      </w:r>
      <w:proofErr w:type="spellStart"/>
      <w:r>
        <w:t>predávajúceho</w:t>
      </w:r>
      <w:proofErr w:type="spellEnd"/>
      <w:r>
        <w:t xml:space="preserve"> </w:t>
      </w:r>
      <w:proofErr w:type="spellStart"/>
      <w:r>
        <w:t>odstupujem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kúpnej zmluvy uzavretej prostredníctvom e-shopu.</w:t>
      </w:r>
      <w:r>
        <w:br/>
      </w:r>
      <w:r>
        <w:br/>
        <w:t xml:space="preserve">Zároveň beriem na vedomie, že predávajúci je oprávnený požadovať náhradu za zníženie hodnoty tovaru, </w:t>
      </w:r>
      <w:proofErr w:type="spellStart"/>
      <w:r>
        <w:t>ktoré</w:t>
      </w:r>
      <w:proofErr w:type="spellEnd"/>
      <w:r>
        <w:t xml:space="preserve"> vzniklo v dôsledku zaobchádzania s tovarom nad rámec </w:t>
      </w:r>
      <w:proofErr w:type="spellStart"/>
      <w:r w:rsidR="007C0814">
        <w:t>z</w:t>
      </w:r>
      <w:r>
        <w:t>aobchádzania</w:t>
      </w:r>
      <w:proofErr w:type="spellEnd"/>
      <w:r>
        <w:t xml:space="preserve"> </w:t>
      </w:r>
      <w:proofErr w:type="spellStart"/>
      <w:r>
        <w:t>potrebného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zistenie</w:t>
      </w:r>
      <w:proofErr w:type="spellEnd"/>
      <w:r>
        <w:t xml:space="preserve"> </w:t>
      </w:r>
      <w:proofErr w:type="spellStart"/>
      <w:r>
        <w:t>vlastností</w:t>
      </w:r>
      <w:proofErr w:type="spellEnd"/>
      <w:r>
        <w:t xml:space="preserve"> a </w:t>
      </w:r>
      <w:proofErr w:type="spellStart"/>
      <w:r>
        <w:t>funkčnosti</w:t>
      </w:r>
      <w:proofErr w:type="spellEnd"/>
      <w:r>
        <w:t xml:space="preserve"> </w:t>
      </w:r>
      <w:proofErr w:type="spellStart"/>
      <w:r>
        <w:t>tovaru</w:t>
      </w:r>
      <w:proofErr w:type="spellEnd"/>
      <w:r>
        <w:t>.</w:t>
      </w:r>
      <w:r>
        <w:br/>
      </w:r>
      <w:r>
        <w:br/>
        <w:t xml:space="preserve">Potvrdzujem, že vracaný tovar odosielam kompletný, s </w:t>
      </w:r>
      <w:proofErr w:type="spellStart"/>
      <w:r>
        <w:t>príslušenstvom</w:t>
      </w:r>
      <w:proofErr w:type="spellEnd"/>
      <w:r>
        <w:t xml:space="preserve"> a v stave</w:t>
      </w:r>
      <w:r w:rsidR="007C0814">
        <w:t xml:space="preserve"> </w:t>
      </w:r>
      <w:proofErr w:type="spellStart"/>
      <w:r>
        <w:t>zodpovedajúcom</w:t>
      </w:r>
      <w:proofErr w:type="spellEnd"/>
      <w:r>
        <w:t xml:space="preserve"> </w:t>
      </w:r>
      <w:proofErr w:type="spellStart"/>
      <w:r>
        <w:t>zákonným</w:t>
      </w:r>
      <w:proofErr w:type="spellEnd"/>
      <w:r>
        <w:t xml:space="preserve"> </w:t>
      </w:r>
      <w:proofErr w:type="spellStart"/>
      <w:r>
        <w:t>podmienkam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odstúpenie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zmluvy.</w:t>
      </w:r>
      <w:r>
        <w:br/>
      </w:r>
      <w:r>
        <w:br/>
      </w:r>
      <w:proofErr w:type="spellStart"/>
      <w:r>
        <w:t>Tento</w:t>
      </w:r>
      <w:proofErr w:type="spellEnd"/>
      <w:r>
        <w:t xml:space="preserve"> </w:t>
      </w:r>
      <w:proofErr w:type="spellStart"/>
      <w:r>
        <w:t>formulár</w:t>
      </w:r>
      <w:proofErr w:type="spellEnd"/>
      <w:r>
        <w:t xml:space="preserve"> </w:t>
      </w:r>
      <w:proofErr w:type="spellStart"/>
      <w:r>
        <w:t>prosím</w:t>
      </w:r>
      <w:proofErr w:type="spellEnd"/>
      <w:r>
        <w:t xml:space="preserve"> </w:t>
      </w:r>
      <w:proofErr w:type="spellStart"/>
      <w:r>
        <w:t>priložte</w:t>
      </w:r>
      <w:proofErr w:type="spellEnd"/>
      <w:r>
        <w:t xml:space="preserve"> k </w:t>
      </w:r>
      <w:proofErr w:type="spellStart"/>
      <w:r>
        <w:t>vrátenému</w:t>
      </w:r>
      <w:proofErr w:type="spellEnd"/>
      <w:r>
        <w:t xml:space="preserve"> </w:t>
      </w:r>
      <w:proofErr w:type="spellStart"/>
      <w:r>
        <w:t>tovaru</w:t>
      </w:r>
      <w:proofErr w:type="spellEnd"/>
      <w:r>
        <w:t xml:space="preserve"> a </w:t>
      </w:r>
      <w:proofErr w:type="spellStart"/>
      <w:r>
        <w:t>zašlite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adresu</w:t>
      </w:r>
      <w:proofErr w:type="spellEnd"/>
      <w:r>
        <w:t>:</w:t>
      </w:r>
      <w:r>
        <w:br/>
      </w:r>
      <w:r w:rsidR="007C0814" w:rsidRPr="007C0814">
        <w:rPr>
          <w:b/>
          <w:bCs/>
          <w:sz w:val="24"/>
          <w:szCs w:val="24"/>
        </w:rPr>
        <w:t xml:space="preserve">PNEUMATO </w:t>
      </w:r>
      <w:proofErr w:type="spellStart"/>
      <w:r w:rsidR="007C0814" w:rsidRPr="007C0814">
        <w:rPr>
          <w:b/>
          <w:bCs/>
          <w:sz w:val="24"/>
          <w:szCs w:val="24"/>
        </w:rPr>
        <w:t>s.r.o.</w:t>
      </w:r>
      <w:proofErr w:type="spellEnd"/>
      <w:r w:rsidR="007C0814" w:rsidRPr="007C0814">
        <w:rPr>
          <w:b/>
          <w:bCs/>
          <w:sz w:val="24"/>
          <w:szCs w:val="24"/>
        </w:rPr>
        <w:t xml:space="preserve"> - </w:t>
      </w:r>
      <w:r w:rsidRPr="007C0814">
        <w:rPr>
          <w:b/>
          <w:bCs/>
          <w:sz w:val="24"/>
          <w:szCs w:val="24"/>
        </w:rPr>
        <w:t>Rybarske.</w:t>
      </w:r>
      <w:r w:rsidR="007C0814" w:rsidRPr="007C0814">
        <w:rPr>
          <w:b/>
          <w:bCs/>
          <w:sz w:val="24"/>
          <w:szCs w:val="24"/>
        </w:rPr>
        <w:t>sk</w:t>
      </w:r>
      <w:r w:rsidRPr="007C0814">
        <w:rPr>
          <w:b/>
          <w:bCs/>
          <w:sz w:val="24"/>
          <w:szCs w:val="24"/>
        </w:rPr>
        <w:t xml:space="preserve">, </w:t>
      </w:r>
      <w:proofErr w:type="spellStart"/>
      <w:r w:rsidRPr="007C0814">
        <w:rPr>
          <w:b/>
          <w:bCs/>
          <w:sz w:val="24"/>
          <w:szCs w:val="24"/>
        </w:rPr>
        <w:t>Trstínska</w:t>
      </w:r>
      <w:proofErr w:type="spellEnd"/>
      <w:r w:rsidRPr="007C0814">
        <w:rPr>
          <w:b/>
          <w:bCs/>
          <w:sz w:val="24"/>
          <w:szCs w:val="24"/>
        </w:rPr>
        <w:t xml:space="preserve"> 9</w:t>
      </w:r>
      <w:r w:rsidR="007C0814" w:rsidRPr="007C0814">
        <w:rPr>
          <w:b/>
          <w:bCs/>
          <w:sz w:val="24"/>
          <w:szCs w:val="24"/>
        </w:rPr>
        <w:t>,</w:t>
      </w:r>
      <w:r w:rsidRPr="007C0814">
        <w:rPr>
          <w:b/>
          <w:bCs/>
          <w:sz w:val="24"/>
          <w:szCs w:val="24"/>
        </w:rPr>
        <w:t xml:space="preserve">917 01 </w:t>
      </w:r>
      <w:proofErr w:type="spellStart"/>
      <w:r w:rsidRPr="007C0814">
        <w:rPr>
          <w:b/>
          <w:bCs/>
          <w:sz w:val="24"/>
          <w:szCs w:val="24"/>
        </w:rPr>
        <w:t>Trnava</w:t>
      </w:r>
      <w:proofErr w:type="spellEnd"/>
    </w:p>
    <w:p w14:paraId="4BA64412" w14:textId="77777777" w:rsidR="007C0814" w:rsidRDefault="007C0814"/>
    <w:p w14:paraId="64543D2B" w14:textId="77777777" w:rsidR="007C0814" w:rsidRDefault="00000000">
      <w:r w:rsidRPr="007C0814">
        <w:br/>
      </w:r>
      <w:r>
        <w:br/>
      </w:r>
      <w:proofErr w:type="spellStart"/>
      <w:r>
        <w:t>Dátum</w:t>
      </w:r>
      <w:proofErr w:type="spellEnd"/>
      <w:r w:rsidR="007C0814">
        <w:t>:</w:t>
      </w:r>
      <w:r>
        <w:t xml:space="preserve"> </w:t>
      </w:r>
      <w:r w:rsidR="007C0814">
        <w:t xml:space="preserve">                                                                                    </w:t>
      </w:r>
      <w:proofErr w:type="spellStart"/>
      <w:r w:rsidR="007C0814">
        <w:t>P</w:t>
      </w:r>
      <w:r>
        <w:t>odpis</w:t>
      </w:r>
      <w:proofErr w:type="spellEnd"/>
      <w:r>
        <w:t xml:space="preserve"> </w:t>
      </w:r>
      <w:proofErr w:type="spellStart"/>
      <w:r>
        <w:t>kupujúceho</w:t>
      </w:r>
      <w:proofErr w:type="spellEnd"/>
      <w:r>
        <w:t>:</w:t>
      </w:r>
    </w:p>
    <w:p w14:paraId="498677FF" w14:textId="77777777" w:rsidR="007C0814" w:rsidRDefault="007C0814"/>
    <w:p w14:paraId="003B915F" w14:textId="0EBB7BBB" w:rsidR="00A5379C" w:rsidRDefault="00000000">
      <w:r>
        <w:br/>
        <w:t>..........................................................</w:t>
      </w:r>
      <w:r w:rsidR="007C0814">
        <w:t xml:space="preserve">                                             …………………………………………………………..</w:t>
      </w:r>
      <w:r>
        <w:br/>
      </w:r>
    </w:p>
    <w:sectPr w:rsidR="00A5379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zo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zo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Zo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Zo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zo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Zo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29524029">
    <w:abstractNumId w:val="8"/>
  </w:num>
  <w:num w:numId="2" w16cid:durableId="1873763040">
    <w:abstractNumId w:val="6"/>
  </w:num>
  <w:num w:numId="3" w16cid:durableId="1303344393">
    <w:abstractNumId w:val="5"/>
  </w:num>
  <w:num w:numId="4" w16cid:durableId="1522091116">
    <w:abstractNumId w:val="4"/>
  </w:num>
  <w:num w:numId="5" w16cid:durableId="866406810">
    <w:abstractNumId w:val="7"/>
  </w:num>
  <w:num w:numId="6" w16cid:durableId="1675185477">
    <w:abstractNumId w:val="3"/>
  </w:num>
  <w:num w:numId="7" w16cid:durableId="1228761330">
    <w:abstractNumId w:val="2"/>
  </w:num>
  <w:num w:numId="8" w16cid:durableId="1053234545">
    <w:abstractNumId w:val="1"/>
  </w:num>
  <w:num w:numId="9" w16cid:durableId="406466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7C0814"/>
    <w:rsid w:val="00A5379C"/>
    <w:rsid w:val="00AA1D8D"/>
    <w:rsid w:val="00B47730"/>
    <w:rsid w:val="00BA1B43"/>
    <w:rsid w:val="00CB0664"/>
    <w:rsid w:val="00D852F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FE2112"/>
  <w14:defaultImageDpi w14:val="300"/>
  <w15:docId w15:val="{1016A337-83A0-49A2-BB6B-E9C0FEA7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693F"/>
  </w:style>
  <w:style w:type="paragraph" w:styleId="Nadpis1">
    <w:name w:val="heading 1"/>
    <w:basedOn w:val="Normlny"/>
    <w:next w:val="Normlny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618BF"/>
  </w:style>
  <w:style w:type="paragraph" w:styleId="Pta">
    <w:name w:val="footer"/>
    <w:basedOn w:val="Normlny"/>
    <w:link w:val="Pta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618BF"/>
  </w:style>
  <w:style w:type="paragraph" w:styleId="Bezriadkovania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ov">
    <w:name w:val="Title"/>
    <w:basedOn w:val="Normlny"/>
    <w:next w:val="Normlny"/>
    <w:link w:val="Nzo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ovChar">
    <w:name w:val="Názov Char"/>
    <w:basedOn w:val="Predvolenpsmoodseku"/>
    <w:link w:val="Nzo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Predvolenpsmoodseku"/>
    <w:link w:val="Podtitu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ekzoznamu">
    <w:name w:val="List Paragraph"/>
    <w:basedOn w:val="Normlny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y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rsid w:val="00AA1D8D"/>
  </w:style>
  <w:style w:type="paragraph" w:styleId="Zkladntext2">
    <w:name w:val="Body Text 2"/>
    <w:basedOn w:val="Normlny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rsid w:val="00AA1D8D"/>
  </w:style>
  <w:style w:type="paragraph" w:styleId="Zkladntext3">
    <w:name w:val="Body Text 3"/>
    <w:basedOn w:val="Normlny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AA1D8D"/>
    <w:rPr>
      <w:sz w:val="16"/>
      <w:szCs w:val="16"/>
    </w:rPr>
  </w:style>
  <w:style w:type="paragraph" w:styleId="Zoznam">
    <w:name w:val="List"/>
    <w:basedOn w:val="Normlny"/>
    <w:uiPriority w:val="99"/>
    <w:unhideWhenUsed/>
    <w:rsid w:val="00AA1D8D"/>
    <w:pPr>
      <w:ind w:left="360" w:hanging="360"/>
      <w:contextualSpacing/>
    </w:pPr>
  </w:style>
  <w:style w:type="paragraph" w:styleId="Zoznam2">
    <w:name w:val="List 2"/>
    <w:basedOn w:val="Normlny"/>
    <w:uiPriority w:val="99"/>
    <w:unhideWhenUsed/>
    <w:rsid w:val="00326F90"/>
    <w:pPr>
      <w:ind w:left="720" w:hanging="360"/>
      <w:contextualSpacing/>
    </w:pPr>
  </w:style>
  <w:style w:type="paragraph" w:styleId="Zoznam3">
    <w:name w:val="List 3"/>
    <w:basedOn w:val="Normlny"/>
    <w:uiPriority w:val="99"/>
    <w:unhideWhenUsed/>
    <w:rsid w:val="00326F90"/>
    <w:pPr>
      <w:ind w:left="1080" w:hanging="360"/>
      <w:contextualSpacing/>
    </w:pPr>
  </w:style>
  <w:style w:type="paragraph" w:styleId="Zoznamsodrkami">
    <w:name w:val="List Bullet"/>
    <w:basedOn w:val="Normlny"/>
    <w:uiPriority w:val="99"/>
    <w:unhideWhenUsed/>
    <w:rsid w:val="00326F90"/>
    <w:pPr>
      <w:numPr>
        <w:numId w:val="1"/>
      </w:numPr>
      <w:contextualSpacing/>
    </w:pPr>
  </w:style>
  <w:style w:type="paragraph" w:styleId="Zoznamsodrkami2">
    <w:name w:val="List Bullet 2"/>
    <w:basedOn w:val="Normlny"/>
    <w:uiPriority w:val="99"/>
    <w:unhideWhenUsed/>
    <w:rsid w:val="00326F90"/>
    <w:pPr>
      <w:numPr>
        <w:numId w:val="2"/>
      </w:numPr>
      <w:contextualSpacing/>
    </w:pPr>
  </w:style>
  <w:style w:type="paragraph" w:styleId="Zoznamsodrkami3">
    <w:name w:val="List Bullet 3"/>
    <w:basedOn w:val="Normlny"/>
    <w:uiPriority w:val="99"/>
    <w:unhideWhenUsed/>
    <w:rsid w:val="00326F90"/>
    <w:pPr>
      <w:numPr>
        <w:numId w:val="3"/>
      </w:numPr>
      <w:contextualSpacing/>
    </w:pPr>
  </w:style>
  <w:style w:type="paragraph" w:styleId="slovanzoznam">
    <w:name w:val="List Number"/>
    <w:basedOn w:val="Normlny"/>
    <w:uiPriority w:val="99"/>
    <w:unhideWhenUsed/>
    <w:rsid w:val="00326F90"/>
    <w:pPr>
      <w:numPr>
        <w:numId w:val="5"/>
      </w:numPr>
      <w:contextualSpacing/>
    </w:pPr>
  </w:style>
  <w:style w:type="paragraph" w:styleId="slovanzoznam2">
    <w:name w:val="List Number 2"/>
    <w:basedOn w:val="Normlny"/>
    <w:uiPriority w:val="99"/>
    <w:unhideWhenUsed/>
    <w:rsid w:val="0029639D"/>
    <w:pPr>
      <w:numPr>
        <w:numId w:val="6"/>
      </w:numPr>
      <w:contextualSpacing/>
    </w:pPr>
  </w:style>
  <w:style w:type="paragraph" w:styleId="slovanzoznam3">
    <w:name w:val="List Number 3"/>
    <w:basedOn w:val="Normlny"/>
    <w:uiPriority w:val="99"/>
    <w:unhideWhenUsed/>
    <w:rsid w:val="0029639D"/>
    <w:pPr>
      <w:numPr>
        <w:numId w:val="7"/>
      </w:numPr>
      <w:contextualSpacing/>
    </w:pPr>
  </w:style>
  <w:style w:type="paragraph" w:styleId="Pokraovaniezoznamu">
    <w:name w:val="List Continue"/>
    <w:basedOn w:val="Normlny"/>
    <w:uiPriority w:val="99"/>
    <w:unhideWhenUsed/>
    <w:rsid w:val="0029639D"/>
    <w:pPr>
      <w:spacing w:after="120"/>
      <w:ind w:left="360"/>
      <w:contextualSpacing/>
    </w:pPr>
  </w:style>
  <w:style w:type="paragraph" w:styleId="Pokraovaniezoznamu2">
    <w:name w:val="List Continue 2"/>
    <w:basedOn w:val="Normlny"/>
    <w:uiPriority w:val="99"/>
    <w:unhideWhenUsed/>
    <w:rsid w:val="0029639D"/>
    <w:pPr>
      <w:spacing w:after="120"/>
      <w:ind w:left="720"/>
      <w:contextualSpacing/>
    </w:pPr>
  </w:style>
  <w:style w:type="paragraph" w:styleId="Pokraovaniezoznamu3">
    <w:name w:val="List Continue 3"/>
    <w:basedOn w:val="Normlny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Predvolenpsmoodseku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cia">
    <w:name w:val="Quote"/>
    <w:basedOn w:val="Normlny"/>
    <w:next w:val="Normlny"/>
    <w:link w:val="CitciaChar"/>
    <w:uiPriority w:val="29"/>
    <w:qFormat/>
    <w:rsid w:val="00FC693F"/>
    <w:rPr>
      <w:i/>
      <w:iCs/>
      <w:color w:val="000000" w:themeColor="text1"/>
    </w:rPr>
  </w:style>
  <w:style w:type="character" w:customStyle="1" w:styleId="CitciaChar">
    <w:name w:val="Citácia Char"/>
    <w:basedOn w:val="Predvolenpsmoodseku"/>
    <w:link w:val="Citcia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opis">
    <w:name w:val="caption"/>
    <w:basedOn w:val="Normlny"/>
    <w:next w:val="Norm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Vrazn">
    <w:name w:val="Strong"/>
    <w:basedOn w:val="Predvolenpsmoodseku"/>
    <w:uiPriority w:val="22"/>
    <w:qFormat/>
    <w:rsid w:val="00FC693F"/>
    <w:rPr>
      <w:b/>
      <w:bCs/>
    </w:rPr>
  </w:style>
  <w:style w:type="character" w:styleId="Zvraznenie">
    <w:name w:val="Emphasis"/>
    <w:basedOn w:val="Predvolenpsmoodseku"/>
    <w:uiPriority w:val="20"/>
    <w:qFormat/>
    <w:rsid w:val="00FC693F"/>
    <w:rPr>
      <w:i/>
      <w:iCs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C693F"/>
    <w:rPr>
      <w:b/>
      <w:bCs/>
      <w:i/>
      <w:iCs/>
      <w:color w:val="4F81BD" w:themeColor="accent1"/>
    </w:rPr>
  </w:style>
  <w:style w:type="character" w:styleId="Jemnzvraznenie">
    <w:name w:val="Subtle Emphasis"/>
    <w:basedOn w:val="Predvolenpsmoodseku"/>
    <w:uiPriority w:val="19"/>
    <w:qFormat/>
    <w:rsid w:val="00FC693F"/>
    <w:rPr>
      <w:i/>
      <w:iCs/>
      <w:color w:val="808080" w:themeColor="text1" w:themeTint="7F"/>
    </w:rPr>
  </w:style>
  <w:style w:type="character" w:styleId="Intenzvnezvraznenie">
    <w:name w:val="Intense Emphasis"/>
    <w:basedOn w:val="Predvolenpsmoodseku"/>
    <w:uiPriority w:val="21"/>
    <w:qFormat/>
    <w:rsid w:val="00FC693F"/>
    <w:rPr>
      <w:b/>
      <w:bCs/>
      <w:i/>
      <w:iCs/>
      <w:color w:val="4F81BD" w:themeColor="accent1"/>
    </w:rPr>
  </w:style>
  <w:style w:type="character" w:styleId="Jemnodkaz">
    <w:name w:val="Subtle Reference"/>
    <w:basedOn w:val="Predvolenpsmoodseku"/>
    <w:uiPriority w:val="31"/>
    <w:qFormat/>
    <w:rsid w:val="00FC693F"/>
    <w:rPr>
      <w:smallCaps/>
      <w:color w:val="C0504D" w:themeColor="accent2"/>
      <w:u w:val="single"/>
    </w:rPr>
  </w:style>
  <w:style w:type="character" w:styleId="Zvraznenodkaz">
    <w:name w:val="Intense Reference"/>
    <w:basedOn w:val="Predvolenpsmoodsek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ovknihy">
    <w:name w:val="Book Title"/>
    <w:basedOn w:val="Predvolenpsmoodseku"/>
    <w:uiPriority w:val="33"/>
    <w:qFormat/>
    <w:rsid w:val="00FC693F"/>
    <w:rPr>
      <w:b/>
      <w:bCs/>
      <w:smallCaps/>
      <w:spacing w:val="5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FC693F"/>
    <w:pPr>
      <w:outlineLvl w:val="9"/>
    </w:pPr>
  </w:style>
  <w:style w:type="table" w:styleId="Mriekatabuky">
    <w:name w:val="Table Grid"/>
    <w:basedOn w:val="Normlnatabu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etlpodfarbenie">
    <w:name w:val="Light Shading"/>
    <w:basedOn w:val="Normlnatabu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etlpodfarbeniezvraznenie1">
    <w:name w:val="Light Shading Accent 1"/>
    <w:basedOn w:val="Normlnatabu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etlpodfarbeniezvraznenie2">
    <w:name w:val="Light Shading Accent 2"/>
    <w:basedOn w:val="Normlnatabu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etlpodfarbeniezvraznenie3">
    <w:name w:val="Light Shading Accent 3"/>
    <w:basedOn w:val="Normlnatabu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etlpodfarbeniezvraznenie4">
    <w:name w:val="Light Shading Accent 4"/>
    <w:basedOn w:val="Normlnatabu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etlpodfarbeniezvraznenie5">
    <w:name w:val="Light Shading Accent 5"/>
    <w:basedOn w:val="Normlnatabu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etlpodfarbeniezvraznenie6">
    <w:name w:val="Light Shading Accent 6"/>
    <w:basedOn w:val="Normlnatabu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etlzoznam">
    <w:name w:val="Light List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etlzoznamzvraznenie1">
    <w:name w:val="Light List Accent 1"/>
    <w:basedOn w:val="Normlnatabu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etlzoznamzvraznenie2">
    <w:name w:val="Light List Accent 2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etlzoznamzvraznenie3">
    <w:name w:val="Light List Accent 3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etlzoznamzvraznenie4">
    <w:name w:val="Light List Accent 4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etlzoznamzvraznenie5">
    <w:name w:val="Light List Accent 5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etlzoznamzvraznenie6">
    <w:name w:val="Light List Accent 6"/>
    <w:basedOn w:val="Normlnatabu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etlmrieka">
    <w:name w:val="Light Grid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etlmriekazvraznenie1">
    <w:name w:val="Light Grid Accent 1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etlmriekazvraznenie2">
    <w:name w:val="Light Grid Accent 2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etlmriekazvraznenie3">
    <w:name w:val="Light Grid Accent 3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etlmriekazvraznenie4">
    <w:name w:val="Light Grid Accent 4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etlmriekazvraznenie5">
    <w:name w:val="Light Grid Accent 5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etlmriekazvraznenie6">
    <w:name w:val="Light Grid Accent 6"/>
    <w:basedOn w:val="Normlnatabu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rednpodfarbenie1">
    <w:name w:val="Medium Shading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1">
    <w:name w:val="Medium Shading 1 Accent 1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2">
    <w:name w:val="Medium Shading 1 Accent 2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3">
    <w:name w:val="Medium Shading 1 Accent 3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4">
    <w:name w:val="Medium Shading 1 Accent 4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1zvraznenie5">
    <w:name w:val="Medium Shading 1 Accent 5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Farebnpodfarbenie1zvraznenie6">
    <w:name w:val="Medium Shading 1 Accent 6"/>
    <w:basedOn w:val="Normlnatabu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rednpodfarbenie2">
    <w:name w:val="Medium Shading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1">
    <w:name w:val="Medium Shading 2 Accent 1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2">
    <w:name w:val="Medium Shading 2 Accent 2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3">
    <w:name w:val="Medium Shading 2 Accent 3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4">
    <w:name w:val="Medium Shading 2 Accent 4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podfarbenie2zvraznenie5">
    <w:name w:val="Medium Shading 2 Accent 5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Farebnpodfarbenie2zvraznenie6">
    <w:name w:val="Medium Shading 2 Accent 6"/>
    <w:basedOn w:val="Normlnatabu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rednzoznam1">
    <w:name w:val="Medium Lis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rednzoznam1zvraznenie1">
    <w:name w:val="Medium List 1 Accent 1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rednzoznam1zvraznenie2">
    <w:name w:val="Medium List 1 Accent 2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rednzoznam1zvraznenie3">
    <w:name w:val="Medium List 1 Accent 3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rednzoznam1zvraznenie4">
    <w:name w:val="Medium List 1 Accent 4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rednzoznam1zvraznenie5">
    <w:name w:val="Medium List 1 Accent 5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rednzoznam1zvraznenie6">
    <w:name w:val="Medium List 1 Accent 6"/>
    <w:basedOn w:val="Normlnatabu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rednzoznam2">
    <w:name w:val="Medium Lis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1">
    <w:name w:val="Medium List 2 Accent 1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2">
    <w:name w:val="Medium List 2 Accent 2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3">
    <w:name w:val="Medium List 2 Accent 3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4">
    <w:name w:val="Medium List 2 Accent 4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5">
    <w:name w:val="Medium List 2 Accent 5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zoznam2zvraznenie6">
    <w:name w:val="Medium List 2 Accent 6"/>
    <w:basedOn w:val="Normlnatabu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rednmrieka1">
    <w:name w:val="Medium Grid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rednmrieka1zvraznenie1">
    <w:name w:val="Medium Grid 1 Accent 1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rednmrieka1zvraznenie2">
    <w:name w:val="Medium Grid 1 Accent 2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rednmrieka1zvraznenie3">
    <w:name w:val="Medium Grid 1 Accent 3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rednmrieka1zvraznenie4">
    <w:name w:val="Medium Grid 1 Accent 4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rednmrieka1zvraznenie5">
    <w:name w:val="Medium Grid 1 Accent 5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rednmrieka1zvraznenie6">
    <w:name w:val="Medium Grid 1 Accent 6"/>
    <w:basedOn w:val="Normlnatabu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rednmrieka2">
    <w:name w:val="Medium Grid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1">
    <w:name w:val="Medium Grid 2 Accent 1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2">
    <w:name w:val="Medium Grid 2 Accent 2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3">
    <w:name w:val="Medium Grid 2 Accent 3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4">
    <w:name w:val="Medium Grid 2 Accent 4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5">
    <w:name w:val="Medium Grid 2 Accent 5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2zvraznenie6">
    <w:name w:val="Medium Grid 2 Accent 6"/>
    <w:basedOn w:val="Normlnatabu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rednmrieka3">
    <w:name w:val="Medium Grid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rednmrieka3zvraznenie1">
    <w:name w:val="Medium Grid 3 Accent 1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rednmrieka3zvraznenie2">
    <w:name w:val="Medium Grid 3 Accent 2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rednmrieka3zvraznenie3">
    <w:name w:val="Medium Grid 3 Accent 3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rednmrieka3zvraznenie4">
    <w:name w:val="Medium Grid 3 Accent 4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rednmrieka3zvraznenie5">
    <w:name w:val="Medium Grid 3 Accent 5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rednmrieka3zvraznenie6">
    <w:name w:val="Medium Grid 3 Accent 6"/>
    <w:basedOn w:val="Normlnatabu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zoznam">
    <w:name w:val="Dark List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zoznamzvraznenie1">
    <w:name w:val="Dark List Accent 1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zoznamzvraznenie2">
    <w:name w:val="Dark List Accent 2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zoznamzvraznenie3">
    <w:name w:val="Dark List Accent 3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zoznamzvraznenie4">
    <w:name w:val="Dark List Accent 4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zoznamzvraznenie5">
    <w:name w:val="Dark List Accent 5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zoznamzvraznenie6">
    <w:name w:val="Dark List Accent 6"/>
    <w:basedOn w:val="Normlnatabu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ebnpodfarbenie">
    <w:name w:val="Colorful Shading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1">
    <w:name w:val="Colorful Shading Accent 1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2">
    <w:name w:val="Colorful Shading Accent 2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3">
    <w:name w:val="Colorful Shading Accent 3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podfarbeniezvraznenie4">
    <w:name w:val="Colorful Shading Accent 4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5">
    <w:name w:val="Colorful Shading Accent 5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podfarbeniezvraznenie6">
    <w:name w:val="Colorful Shading Accent 6"/>
    <w:basedOn w:val="Normlnatabu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ebnzoznam">
    <w:name w:val="Colorful List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ebnzoznamzvraznenie1">
    <w:name w:val="Colorful List Accent 1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ebnzoznamzvraznenie2">
    <w:name w:val="Colorful List Accent 2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ebnzoznamzvraznenie3">
    <w:name w:val="Colorful List Accent 3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ebnzoznamzvraznenie4">
    <w:name w:val="Colorful List Accent 4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ebnzoznamzvraznenie5">
    <w:name w:val="Colorful List Accent 5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ebnzoznamzvraznenie6">
    <w:name w:val="Colorful List Accent 6"/>
    <w:basedOn w:val="Normlnatabu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ebnmrieka">
    <w:name w:val="Colorful Grid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ebnmriekazvraznenie1">
    <w:name w:val="Colorful Grid Accent 1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ebnmriekazvraznenie2">
    <w:name w:val="Colorful Grid Accent 2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ebnmriekazvraznenie3">
    <w:name w:val="Colorful Grid Accent 3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ebnmriekazvraznenie4">
    <w:name w:val="Colorful Grid Accent 4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ebnmriekazvraznenie5">
    <w:name w:val="Colorful Grid Accent 5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ebnmriekazvraznenie6">
    <w:name w:val="Colorful Grid Accent 6"/>
    <w:basedOn w:val="Normlnatabu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Martin</cp:lastModifiedBy>
  <cp:revision>2</cp:revision>
  <dcterms:created xsi:type="dcterms:W3CDTF">2026-01-13T18:49:00Z</dcterms:created>
  <dcterms:modified xsi:type="dcterms:W3CDTF">2026-01-13T18:49:00Z</dcterms:modified>
  <cp:category/>
</cp:coreProperties>
</file>