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2CDD1" w14:textId="77777777" w:rsidR="008C7EC1" w:rsidRDefault="00000000" w:rsidP="008034D7">
      <w:pPr>
        <w:pStyle w:val="Nadpis1"/>
        <w:jc w:val="center"/>
      </w:pPr>
      <w:r>
        <w:t>Formulár na odstúpenie od zmluvy</w:t>
      </w:r>
    </w:p>
    <w:p w14:paraId="1A2466F2" w14:textId="77777777" w:rsidR="008034D7" w:rsidRDefault="00000000" w:rsidP="008034D7">
      <w:r>
        <w:br/>
        <w:t>(v zákonnej 14-dňovej lehote)</w:t>
      </w:r>
      <w:r>
        <w:br/>
      </w:r>
      <w:r>
        <w:br/>
        <w:t>Kupujúci:</w:t>
      </w:r>
      <w:r>
        <w:br/>
        <w:t>Meno a priezvisko: .........................................................................................................................</w:t>
      </w:r>
      <w:r w:rsidR="008034D7">
        <w:t>.......................</w:t>
      </w:r>
      <w:r>
        <w:br/>
        <w:t>Adresa: .........................................................................................................................</w:t>
      </w:r>
      <w:r w:rsidR="008034D7">
        <w:t>..............................................</w:t>
      </w:r>
      <w:r>
        <w:br/>
        <w:t>Telefón: ..................................................</w:t>
      </w:r>
      <w:r w:rsidR="008034D7">
        <w:t>..............</w:t>
      </w:r>
      <w:r>
        <w:t xml:space="preserve">   E-mail: .................................................................</w:t>
      </w:r>
      <w:r w:rsidR="008034D7">
        <w:t>.................</w:t>
      </w:r>
      <w:r>
        <w:br/>
      </w:r>
      <w:r>
        <w:br/>
        <w:t>Predajca:</w:t>
      </w:r>
      <w:r>
        <w:br/>
        <w:t>Pneumato s.r.o.</w:t>
      </w:r>
      <w:r>
        <w:br/>
        <w:t>Trstínska 9</w:t>
      </w:r>
      <w:r>
        <w:br/>
        <w:t>917 01 Trnava</w:t>
      </w:r>
      <w:r>
        <w:br/>
        <w:t>Slovenská republika</w:t>
      </w:r>
      <w:r>
        <w:br/>
        <w:t>IČO: 36610739</w:t>
      </w:r>
      <w:r>
        <w:br/>
      </w:r>
      <w:r>
        <w:br/>
        <w:t>Číslo objednávky / dokladu: ..................................................</w:t>
      </w:r>
      <w:r>
        <w:br/>
        <w:t>Dátum objednania: ..................................................</w:t>
      </w:r>
      <w:r w:rsidR="008034D7">
        <w:t>..................</w:t>
      </w:r>
      <w:r>
        <w:br/>
        <w:t>Dátum prevzatia tovaru: ..................................................</w:t>
      </w:r>
      <w:r w:rsidR="008034D7">
        <w:t>......</w:t>
      </w:r>
      <w:r>
        <w:br/>
      </w:r>
      <w:r>
        <w:br/>
      </w:r>
      <w:proofErr w:type="spellStart"/>
      <w:r>
        <w:t>Názov</w:t>
      </w:r>
      <w:proofErr w:type="spellEnd"/>
      <w:r>
        <w:t xml:space="preserve"> </w:t>
      </w:r>
      <w:proofErr w:type="spellStart"/>
      <w:r>
        <w:t>tovaru</w:t>
      </w:r>
      <w:proofErr w:type="spellEnd"/>
      <w:r>
        <w:t xml:space="preserve"> / </w:t>
      </w:r>
      <w:proofErr w:type="spellStart"/>
      <w:r>
        <w:t>tovarov</w:t>
      </w:r>
      <w:proofErr w:type="spellEnd"/>
      <w:r>
        <w:t>, od ktorých odstupujem:</w:t>
      </w:r>
    </w:p>
    <w:p w14:paraId="418DA29D" w14:textId="77777777" w:rsidR="008034D7" w:rsidRDefault="00000000" w:rsidP="008034D7">
      <w:r>
        <w:br/>
        <w:t>.........................................................................................................................</w:t>
      </w:r>
      <w:r w:rsidR="008034D7">
        <w:t>...................................................................</w:t>
      </w:r>
    </w:p>
    <w:p w14:paraId="39F78064" w14:textId="77777777" w:rsidR="008034D7" w:rsidRDefault="00000000" w:rsidP="008034D7">
      <w:r>
        <w:br/>
        <w:t>.........................................................................................................................</w:t>
      </w:r>
      <w:r w:rsidR="008034D7">
        <w:t>...................................................................</w:t>
      </w:r>
      <w:r>
        <w:br/>
      </w:r>
      <w:r>
        <w:br/>
        <w:t>Vyhlásenie spotrebiteľa:</w:t>
      </w:r>
      <w:r>
        <w:br/>
        <w:t xml:space="preserve">Týmto v súlade s § 7 a nasl. zákona č. 102/2014 Z. z. o ochrane spotrebiteľa pri </w:t>
      </w:r>
      <w:proofErr w:type="spellStart"/>
      <w:r>
        <w:t>predaji</w:t>
      </w:r>
      <w:proofErr w:type="spellEnd"/>
      <w:r>
        <w:t xml:space="preserve"> </w:t>
      </w:r>
      <w:proofErr w:type="spellStart"/>
      <w:r>
        <w:t>tovaru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poskytovaní</w:t>
      </w:r>
      <w:proofErr w:type="spellEnd"/>
      <w:r>
        <w:t xml:space="preserve"> </w:t>
      </w:r>
      <w:proofErr w:type="spellStart"/>
      <w:r>
        <w:t>služieb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základe</w:t>
      </w:r>
      <w:proofErr w:type="spellEnd"/>
      <w:r>
        <w:t xml:space="preserve"> zmluvy uzavretej na diaľku alebo zmluvy </w:t>
      </w:r>
      <w:proofErr w:type="spellStart"/>
      <w:r>
        <w:t>uzavretej</w:t>
      </w:r>
      <w:proofErr w:type="spellEnd"/>
      <w:r>
        <w:t xml:space="preserve"> </w:t>
      </w:r>
      <w:proofErr w:type="spellStart"/>
      <w:r>
        <w:t>mimo</w:t>
      </w:r>
      <w:proofErr w:type="spellEnd"/>
      <w:r>
        <w:t xml:space="preserve"> </w:t>
      </w:r>
      <w:proofErr w:type="spellStart"/>
      <w:r>
        <w:t>prevádzkových</w:t>
      </w:r>
      <w:proofErr w:type="spellEnd"/>
      <w:r>
        <w:t xml:space="preserve"> </w:t>
      </w:r>
      <w:proofErr w:type="spellStart"/>
      <w:r>
        <w:t>priestorov</w:t>
      </w:r>
      <w:proofErr w:type="spellEnd"/>
      <w:r>
        <w:t xml:space="preserve"> </w:t>
      </w:r>
      <w:proofErr w:type="spellStart"/>
      <w:r>
        <w:t>predávajúceho</w:t>
      </w:r>
      <w:proofErr w:type="spellEnd"/>
      <w:r>
        <w:t xml:space="preserve"> </w:t>
      </w:r>
      <w:proofErr w:type="spellStart"/>
      <w:r>
        <w:t>oznamujem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odstupujem </w:t>
      </w:r>
      <w:proofErr w:type="spellStart"/>
      <w:r>
        <w:t>od</w:t>
      </w:r>
      <w:proofErr w:type="spellEnd"/>
      <w:r>
        <w:t xml:space="preserve"> </w:t>
      </w:r>
      <w:proofErr w:type="spellStart"/>
      <w:r>
        <w:t>kúpnej</w:t>
      </w:r>
      <w:proofErr w:type="spellEnd"/>
      <w:r>
        <w:t xml:space="preserve"> </w:t>
      </w:r>
      <w:proofErr w:type="spellStart"/>
      <w:r>
        <w:t>zmluvy</w:t>
      </w:r>
      <w:proofErr w:type="spellEnd"/>
      <w:r>
        <w:t xml:space="preserve"> </w:t>
      </w:r>
      <w:proofErr w:type="spellStart"/>
      <w:r>
        <w:t>uzavretej</w:t>
      </w:r>
      <w:proofErr w:type="spellEnd"/>
      <w:r>
        <w:t xml:space="preserve"> </w:t>
      </w:r>
      <w:proofErr w:type="spellStart"/>
      <w:r>
        <w:t>prostredníctvom</w:t>
      </w:r>
      <w:proofErr w:type="spellEnd"/>
      <w:r>
        <w:t xml:space="preserve"> e-</w:t>
      </w:r>
      <w:proofErr w:type="spellStart"/>
      <w:r>
        <w:t>shopu</w:t>
      </w:r>
      <w:proofErr w:type="spellEnd"/>
      <w:r>
        <w:t xml:space="preserve"> v </w:t>
      </w:r>
      <w:proofErr w:type="spellStart"/>
      <w:r>
        <w:t>zákonnej</w:t>
      </w:r>
      <w:proofErr w:type="spellEnd"/>
      <w:r>
        <w:t xml:space="preserve"> </w:t>
      </w:r>
      <w:proofErr w:type="spellStart"/>
      <w:r>
        <w:t>lehote</w:t>
      </w:r>
      <w:proofErr w:type="spellEnd"/>
      <w:r>
        <w:t xml:space="preserve"> 14 </w:t>
      </w:r>
      <w:proofErr w:type="spellStart"/>
      <w:r>
        <w:t>dní</w:t>
      </w:r>
      <w:proofErr w:type="spellEnd"/>
      <w:r>
        <w:t xml:space="preserve"> od prevzatia tovaru.</w:t>
      </w:r>
      <w:r>
        <w:br/>
      </w:r>
      <w:r>
        <w:br/>
        <w:t>Zároveň beriem na vedomie, že:</w:t>
      </w:r>
      <w:r>
        <w:br/>
        <w:t>- tovar je potrebné zaslať späť najneskôr do 14 dní odo dňa odstúpenia od zmluvy,</w:t>
      </w:r>
      <w:r>
        <w:br/>
        <w:t>- tovar musí byť kompletný, s príslušenstvom a v stave zodpovedajúcom jeho vyskúšaniu,</w:t>
      </w:r>
      <w:r>
        <w:br/>
        <w:t xml:space="preserve">- predávajúci je oprávnený požadovať náhradu za zníženie hodnoty tovaru, ktoré vzniklo zaobchádzaním  s tovarom nad rámec </w:t>
      </w:r>
      <w:proofErr w:type="spellStart"/>
      <w:r>
        <w:t>potrebný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zistenie</w:t>
      </w:r>
      <w:proofErr w:type="spellEnd"/>
      <w:r>
        <w:t xml:space="preserve"> </w:t>
      </w:r>
      <w:proofErr w:type="spellStart"/>
      <w:r>
        <w:t>jeho</w:t>
      </w:r>
      <w:proofErr w:type="spellEnd"/>
      <w:r>
        <w:t xml:space="preserve"> </w:t>
      </w:r>
      <w:proofErr w:type="spellStart"/>
      <w:r>
        <w:t>vlastností</w:t>
      </w:r>
      <w:proofErr w:type="spellEnd"/>
      <w:r>
        <w:t xml:space="preserve"> a </w:t>
      </w:r>
      <w:proofErr w:type="spellStart"/>
      <w:r>
        <w:t>funkčnosti</w:t>
      </w:r>
      <w:proofErr w:type="spellEnd"/>
      <w:r>
        <w:t>.</w:t>
      </w:r>
    </w:p>
    <w:p w14:paraId="6943BE0B" w14:textId="77777777" w:rsidR="008034D7" w:rsidRDefault="00000000" w:rsidP="008034D7">
      <w:proofErr w:type="spellStart"/>
      <w:r>
        <w:lastRenderedPageBreak/>
        <w:t>Spôsob</w:t>
      </w:r>
      <w:proofErr w:type="spellEnd"/>
      <w:r>
        <w:t xml:space="preserve"> </w:t>
      </w:r>
      <w:proofErr w:type="spellStart"/>
      <w:r>
        <w:t>vrátenia</w:t>
      </w:r>
      <w:proofErr w:type="spellEnd"/>
      <w:r>
        <w:t xml:space="preserve"> </w:t>
      </w:r>
      <w:proofErr w:type="spellStart"/>
      <w:r>
        <w:t>peňazí</w:t>
      </w:r>
      <w:proofErr w:type="spellEnd"/>
      <w:r>
        <w:t>:</w:t>
      </w:r>
      <w:r>
        <w:br/>
        <w:t>☐ bankovým prevodom     ☐ dobropis / kredit</w:t>
      </w:r>
      <w:r>
        <w:br/>
      </w:r>
      <w:r>
        <w:br/>
        <w:t>Číslo účtu (IBAN):</w:t>
      </w:r>
      <w:r>
        <w:br/>
        <w:t>.........................................................................................................................</w:t>
      </w:r>
      <w:r>
        <w:br/>
      </w:r>
      <w:r>
        <w:br/>
      </w:r>
      <w:proofErr w:type="spellStart"/>
      <w:r>
        <w:t>Tento</w:t>
      </w:r>
      <w:proofErr w:type="spellEnd"/>
      <w:r>
        <w:t xml:space="preserve"> </w:t>
      </w:r>
      <w:proofErr w:type="spellStart"/>
      <w:r>
        <w:t>formulár</w:t>
      </w:r>
      <w:proofErr w:type="spellEnd"/>
      <w:r>
        <w:t xml:space="preserve"> </w:t>
      </w:r>
      <w:proofErr w:type="spellStart"/>
      <w:r>
        <w:t>prosím</w:t>
      </w:r>
      <w:proofErr w:type="spellEnd"/>
      <w:r>
        <w:t xml:space="preserve"> </w:t>
      </w:r>
      <w:proofErr w:type="spellStart"/>
      <w:r>
        <w:t>priložte</w:t>
      </w:r>
      <w:proofErr w:type="spellEnd"/>
      <w:r>
        <w:t xml:space="preserve"> k </w:t>
      </w:r>
      <w:proofErr w:type="spellStart"/>
      <w:r>
        <w:t>vrátenému</w:t>
      </w:r>
      <w:proofErr w:type="spellEnd"/>
      <w:r>
        <w:t xml:space="preserve"> </w:t>
      </w:r>
      <w:proofErr w:type="spellStart"/>
      <w:r>
        <w:t>tovaru</w:t>
      </w:r>
      <w:proofErr w:type="spellEnd"/>
      <w:r>
        <w:t xml:space="preserve"> a </w:t>
      </w:r>
      <w:proofErr w:type="spellStart"/>
      <w:r>
        <w:t>zašlite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adresu</w:t>
      </w:r>
      <w:proofErr w:type="spellEnd"/>
      <w:r>
        <w:t>:</w:t>
      </w:r>
      <w:r>
        <w:br/>
      </w:r>
      <w:r w:rsidR="008034D7" w:rsidRPr="008034D7">
        <w:rPr>
          <w:b/>
          <w:bCs/>
        </w:rPr>
        <w:t xml:space="preserve">PNEUMATO </w:t>
      </w:r>
      <w:proofErr w:type="spellStart"/>
      <w:r w:rsidR="008034D7" w:rsidRPr="008034D7">
        <w:rPr>
          <w:b/>
          <w:bCs/>
        </w:rPr>
        <w:t>s.r.o.</w:t>
      </w:r>
      <w:proofErr w:type="spellEnd"/>
      <w:r w:rsidR="008034D7" w:rsidRPr="008034D7">
        <w:rPr>
          <w:b/>
          <w:bCs/>
        </w:rPr>
        <w:t xml:space="preserve"> - </w:t>
      </w:r>
      <w:r w:rsidRPr="008034D7">
        <w:rPr>
          <w:b/>
          <w:bCs/>
        </w:rPr>
        <w:t>Rybarske.</w:t>
      </w:r>
      <w:r w:rsidR="008034D7" w:rsidRPr="008034D7">
        <w:rPr>
          <w:b/>
          <w:bCs/>
        </w:rPr>
        <w:t>sk</w:t>
      </w:r>
      <w:r w:rsidRPr="008034D7">
        <w:rPr>
          <w:b/>
          <w:bCs/>
        </w:rPr>
        <w:t xml:space="preserve">, </w:t>
      </w:r>
      <w:proofErr w:type="spellStart"/>
      <w:r w:rsidRPr="008034D7">
        <w:rPr>
          <w:b/>
          <w:bCs/>
        </w:rPr>
        <w:t>Trstínska</w:t>
      </w:r>
      <w:proofErr w:type="spellEnd"/>
      <w:r w:rsidRPr="008034D7">
        <w:rPr>
          <w:b/>
          <w:bCs/>
        </w:rPr>
        <w:t xml:space="preserve"> 9</w:t>
      </w:r>
      <w:r w:rsidR="008034D7" w:rsidRPr="008034D7">
        <w:rPr>
          <w:b/>
          <w:bCs/>
        </w:rPr>
        <w:t xml:space="preserve">, </w:t>
      </w:r>
      <w:r w:rsidRPr="008034D7">
        <w:rPr>
          <w:b/>
          <w:bCs/>
        </w:rPr>
        <w:t xml:space="preserve">917 01 </w:t>
      </w:r>
      <w:proofErr w:type="spellStart"/>
      <w:r w:rsidRPr="008034D7">
        <w:rPr>
          <w:b/>
          <w:bCs/>
        </w:rPr>
        <w:t>Trnava</w:t>
      </w:r>
      <w:proofErr w:type="spellEnd"/>
    </w:p>
    <w:p w14:paraId="077292D9" w14:textId="77777777" w:rsidR="008034D7" w:rsidRDefault="008034D7" w:rsidP="008034D7"/>
    <w:p w14:paraId="1099DF96" w14:textId="77777777" w:rsidR="008034D7" w:rsidRDefault="008034D7" w:rsidP="008034D7"/>
    <w:p w14:paraId="33A185B0" w14:textId="77777777" w:rsidR="008034D7" w:rsidRDefault="008034D7" w:rsidP="008034D7"/>
    <w:p w14:paraId="4E8C89D8" w14:textId="77777777" w:rsidR="008034D7" w:rsidRDefault="008034D7" w:rsidP="008034D7"/>
    <w:p w14:paraId="56890367" w14:textId="77777777" w:rsidR="008034D7" w:rsidRDefault="008034D7" w:rsidP="008034D7"/>
    <w:p w14:paraId="7F36C781" w14:textId="77777777" w:rsidR="008034D7" w:rsidRDefault="008034D7" w:rsidP="008034D7"/>
    <w:p w14:paraId="5B4AA9D1" w14:textId="77777777" w:rsidR="008034D7" w:rsidRDefault="00000000" w:rsidP="008034D7">
      <w:r>
        <w:br/>
      </w:r>
      <w:r>
        <w:br/>
      </w:r>
      <w:proofErr w:type="spellStart"/>
      <w:r>
        <w:t>Dátum</w:t>
      </w:r>
      <w:proofErr w:type="spellEnd"/>
      <w:r w:rsidR="008034D7">
        <w:t xml:space="preserve">:                                                                                        </w:t>
      </w:r>
      <w:proofErr w:type="spellStart"/>
      <w:r w:rsidR="008034D7">
        <w:t>P</w:t>
      </w:r>
      <w:r>
        <w:t>odpis</w:t>
      </w:r>
      <w:proofErr w:type="spellEnd"/>
      <w:r>
        <w:t xml:space="preserve"> </w:t>
      </w:r>
      <w:proofErr w:type="spellStart"/>
      <w:r>
        <w:t>spotrebiteľa</w:t>
      </w:r>
      <w:proofErr w:type="spellEnd"/>
      <w:r>
        <w:t>:</w:t>
      </w:r>
    </w:p>
    <w:p w14:paraId="6F14DD2E" w14:textId="77777777" w:rsidR="008034D7" w:rsidRDefault="008034D7" w:rsidP="008034D7"/>
    <w:p w14:paraId="2C1EA631" w14:textId="5A61A572" w:rsidR="008C7EC1" w:rsidRDefault="00000000" w:rsidP="008034D7">
      <w:r>
        <w:br/>
        <w:t>............................................................</w:t>
      </w:r>
      <w:r w:rsidR="008034D7">
        <w:t xml:space="preserve">                                              </w:t>
      </w:r>
      <w:r>
        <w:t>.............................................................</w:t>
      </w:r>
      <w:r>
        <w:br/>
      </w:r>
    </w:p>
    <w:sectPr w:rsidR="008C7EC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57397555">
    <w:abstractNumId w:val="8"/>
  </w:num>
  <w:num w:numId="2" w16cid:durableId="1948928170">
    <w:abstractNumId w:val="6"/>
  </w:num>
  <w:num w:numId="3" w16cid:durableId="790049677">
    <w:abstractNumId w:val="5"/>
  </w:num>
  <w:num w:numId="4" w16cid:durableId="447236225">
    <w:abstractNumId w:val="4"/>
  </w:num>
  <w:num w:numId="5" w16cid:durableId="308242717">
    <w:abstractNumId w:val="7"/>
  </w:num>
  <w:num w:numId="6" w16cid:durableId="1845393510">
    <w:abstractNumId w:val="3"/>
  </w:num>
  <w:num w:numId="7" w16cid:durableId="211700687">
    <w:abstractNumId w:val="2"/>
  </w:num>
  <w:num w:numId="8" w16cid:durableId="1506364779">
    <w:abstractNumId w:val="1"/>
  </w:num>
  <w:num w:numId="9" w16cid:durableId="2668114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C54A5"/>
    <w:rsid w:val="0029639D"/>
    <w:rsid w:val="00326F90"/>
    <w:rsid w:val="00632ABF"/>
    <w:rsid w:val="007A4DC6"/>
    <w:rsid w:val="008034D7"/>
    <w:rsid w:val="008C7EC1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FB58747"/>
  <w14:defaultImageDpi w14:val="300"/>
  <w15:docId w15:val="{223E2C4D-442D-4FC7-9CD6-CBA1BDA26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693F"/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Vraz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2723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Martin</cp:lastModifiedBy>
  <cp:revision>2</cp:revision>
  <dcterms:created xsi:type="dcterms:W3CDTF">2026-01-13T19:17:00Z</dcterms:created>
  <dcterms:modified xsi:type="dcterms:W3CDTF">2026-01-13T19:17:00Z</dcterms:modified>
  <cp:category/>
</cp:coreProperties>
</file>