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908F9" w14:textId="77777777" w:rsidR="0057712B" w:rsidRDefault="00000000" w:rsidP="004D0C61">
      <w:pPr>
        <w:pStyle w:val="Nadpis1"/>
        <w:jc w:val="center"/>
      </w:pPr>
      <w:r>
        <w:t>Reklamačný list</w:t>
      </w:r>
    </w:p>
    <w:p w14:paraId="56D9BA92" w14:textId="42EBBED9" w:rsidR="004D0C61" w:rsidRDefault="00000000">
      <w:r>
        <w:br/>
        <w:t>Reklamujúci:</w:t>
      </w:r>
      <w:r>
        <w:br/>
        <w:t>Meno: ...................................................................................................................................................</w:t>
      </w:r>
      <w:r>
        <w:br/>
        <w:t>Adresa: ................................................................................................................................................</w:t>
      </w:r>
      <w:r>
        <w:br/>
        <w:t>Telefón: ......................................</w:t>
      </w:r>
      <w:r w:rsidR="00A27AD2">
        <w:t>....................</w:t>
      </w:r>
      <w:r>
        <w:t>.  E-mail: ................................................................................................</w:t>
      </w:r>
      <w:r>
        <w:br/>
      </w:r>
      <w:r>
        <w:br/>
        <w:t xml:space="preserve">Predajca: Pneumato s.r.o., Trstínska 9, 917 01 Trnava, </w:t>
      </w:r>
      <w:proofErr w:type="spellStart"/>
      <w:r>
        <w:t>Slovenská</w:t>
      </w:r>
      <w:proofErr w:type="spellEnd"/>
      <w:r>
        <w:t xml:space="preserve"> </w:t>
      </w:r>
      <w:proofErr w:type="spellStart"/>
      <w:r>
        <w:t>republika</w:t>
      </w:r>
      <w:proofErr w:type="spellEnd"/>
      <w:r>
        <w:t>, IČ: 36610739</w:t>
      </w:r>
    </w:p>
    <w:p w14:paraId="533A2A95" w14:textId="77777777" w:rsidR="004D0C61" w:rsidRDefault="00000000">
      <w:r>
        <w:br/>
      </w:r>
      <w:r>
        <w:br/>
        <w:t>Číslo objednávky alebo dokladu: .........................................    Dátum predaja:  .............................</w:t>
      </w:r>
    </w:p>
    <w:p w14:paraId="50FDBBA0" w14:textId="77777777" w:rsidR="004D0C61" w:rsidRDefault="00000000">
      <w:r>
        <w:br/>
      </w:r>
      <w:r>
        <w:br/>
      </w:r>
      <w:proofErr w:type="spellStart"/>
      <w:r>
        <w:t>Názov</w:t>
      </w:r>
      <w:proofErr w:type="spellEnd"/>
      <w:r>
        <w:t xml:space="preserve"> </w:t>
      </w:r>
      <w:proofErr w:type="spellStart"/>
      <w:r>
        <w:t>reklamovaného</w:t>
      </w:r>
      <w:proofErr w:type="spellEnd"/>
      <w:r>
        <w:t xml:space="preserve"> </w:t>
      </w:r>
      <w:proofErr w:type="spellStart"/>
      <w:r>
        <w:t>tovaru</w:t>
      </w:r>
      <w:proofErr w:type="spellEnd"/>
      <w:r>
        <w:t>:</w:t>
      </w:r>
    </w:p>
    <w:p w14:paraId="5EB54931" w14:textId="77777777" w:rsidR="004D0C61" w:rsidRDefault="00000000">
      <w:r>
        <w:br/>
        <w:t>.........................................................................................................................</w:t>
      </w:r>
      <w:r w:rsidR="004D0C61">
        <w:t>......................................................................</w:t>
      </w:r>
      <w:r>
        <w:br/>
      </w:r>
      <w:r>
        <w:br/>
      </w:r>
      <w:proofErr w:type="spellStart"/>
      <w:r>
        <w:t>Popis</w:t>
      </w:r>
      <w:proofErr w:type="spellEnd"/>
      <w:r>
        <w:t xml:space="preserve"> </w:t>
      </w:r>
      <w:proofErr w:type="spellStart"/>
      <w:r>
        <w:t>závady</w:t>
      </w:r>
      <w:proofErr w:type="spellEnd"/>
      <w:r>
        <w:t>:</w:t>
      </w:r>
    </w:p>
    <w:p w14:paraId="1FC50C29" w14:textId="77777777" w:rsidR="004D0C61" w:rsidRDefault="00000000">
      <w:r>
        <w:br/>
        <w:t>.........................................................................................................................</w:t>
      </w:r>
      <w:r w:rsidR="004D0C61">
        <w:t>......................................................................</w:t>
      </w:r>
      <w:r>
        <w:br/>
        <w:t>.........................................................................................................................</w:t>
      </w:r>
      <w:r w:rsidR="004D0C61">
        <w:t>......................................................................</w:t>
      </w:r>
      <w:r>
        <w:br/>
      </w:r>
      <w:r>
        <w:br/>
      </w:r>
      <w:proofErr w:type="spellStart"/>
      <w:r>
        <w:t>Obsah</w:t>
      </w:r>
      <w:proofErr w:type="spellEnd"/>
      <w:r>
        <w:t xml:space="preserve"> </w:t>
      </w:r>
      <w:proofErr w:type="spellStart"/>
      <w:r>
        <w:t>balenia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odovzdaní</w:t>
      </w:r>
      <w:proofErr w:type="spellEnd"/>
      <w:r>
        <w:t>:</w:t>
      </w:r>
    </w:p>
    <w:p w14:paraId="1DE3632F" w14:textId="77777777" w:rsidR="004D0C61" w:rsidRDefault="00000000">
      <w:r>
        <w:br/>
        <w:t>.........................................................................................................................</w:t>
      </w:r>
      <w:r w:rsidR="004D0C61">
        <w:t>......................................................................</w:t>
      </w:r>
    </w:p>
    <w:p w14:paraId="3CCABD33" w14:textId="3A42E010" w:rsidR="004D0C61" w:rsidRDefault="00000000">
      <w:r>
        <w:t>.........................................................................................................................</w:t>
      </w:r>
      <w:r w:rsidR="004D0C61">
        <w:t>......................................................................</w:t>
      </w:r>
    </w:p>
    <w:p w14:paraId="6D176770" w14:textId="77777777" w:rsidR="004D0C61" w:rsidRDefault="004D0C61">
      <w:r>
        <w:t>…………………………………………………………………………………………………………………………………………</w:t>
      </w:r>
      <w:r w:rsidR="00000000">
        <w:br/>
      </w:r>
      <w:r w:rsidR="00000000">
        <w:br/>
      </w:r>
    </w:p>
    <w:p w14:paraId="735B93C9" w14:textId="0284F393" w:rsidR="004D0C61" w:rsidRDefault="00000000">
      <w:proofErr w:type="spellStart"/>
      <w:r>
        <w:t>Upozornenie</w:t>
      </w:r>
      <w:proofErr w:type="spellEnd"/>
      <w:r>
        <w:t>:</w:t>
      </w:r>
      <w:r>
        <w:br/>
        <w:t xml:space="preserve">Tovar </w:t>
      </w:r>
      <w:proofErr w:type="spellStart"/>
      <w:r>
        <w:t>na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odovzdávajte vždy kompletný vrátane príslušenstva, aby ste predišli predĺženiu doby reklamácie.</w:t>
      </w:r>
      <w:r>
        <w:br/>
        <w:t>V prípade, že reklamujete napríklad navijak, je potrebné zaslať navijak bez vlasca / šnúry (ak nebol vlasec súčasťou navijaka pri jeho kúpe).</w:t>
      </w:r>
      <w:r>
        <w:br/>
        <w:t>Ak tak neurobíte, môžete počas reklamačného procesu o svoj vlasec / šnúru prísť, keďže môže byť prekážkou pri posudzovaní reklamácie a je nutné jeho odstránenie.</w:t>
      </w:r>
      <w:r>
        <w:br/>
      </w:r>
      <w:r>
        <w:lastRenderedPageBreak/>
        <w:br/>
        <w:t xml:space="preserve">Preferovaný spôsob vybavenia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neopraviteľnej</w:t>
      </w:r>
      <w:proofErr w:type="spellEnd"/>
      <w:r>
        <w:t xml:space="preserve"> </w:t>
      </w:r>
      <w:proofErr w:type="spellStart"/>
      <w:r>
        <w:t>závady</w:t>
      </w:r>
      <w:proofErr w:type="spellEnd"/>
      <w:r w:rsidR="004D0C61">
        <w:t>(</w:t>
      </w:r>
      <w:proofErr w:type="spellStart"/>
      <w:r w:rsidR="004D0C61">
        <w:t>preferované</w:t>
      </w:r>
      <w:proofErr w:type="spellEnd"/>
      <w:r w:rsidR="004D0C61">
        <w:t xml:space="preserve"> </w:t>
      </w:r>
      <w:proofErr w:type="spellStart"/>
      <w:r w:rsidR="004D0C61">
        <w:t>zakrúžkovať</w:t>
      </w:r>
      <w:proofErr w:type="spellEnd"/>
      <w:r w:rsidR="004D0C61">
        <w:t>)</w:t>
      </w:r>
      <w:r>
        <w:t>:</w:t>
      </w:r>
    </w:p>
    <w:p w14:paraId="2B936C22" w14:textId="4C600A1B" w:rsidR="004D0C61" w:rsidRDefault="00000000">
      <w:r>
        <w:br/>
      </w:r>
      <w:proofErr w:type="spellStart"/>
      <w:r>
        <w:t>Výmena</w:t>
      </w:r>
      <w:proofErr w:type="spellEnd"/>
      <w:r>
        <w:t xml:space="preserve">:                         </w:t>
      </w:r>
      <w:proofErr w:type="spellStart"/>
      <w:r w:rsidR="004D0C61">
        <w:t>ano</w:t>
      </w:r>
      <w:proofErr w:type="spellEnd"/>
      <w:r w:rsidR="004D0C61">
        <w:t xml:space="preserve">           </w:t>
      </w:r>
      <w:proofErr w:type="spellStart"/>
      <w:r w:rsidR="004D0C61">
        <w:t>nie</w:t>
      </w:r>
      <w:proofErr w:type="spellEnd"/>
    </w:p>
    <w:p w14:paraId="3912ACBB" w14:textId="0BE796D5" w:rsidR="004D0C61" w:rsidRDefault="00000000" w:rsidP="004D0C61">
      <w:pPr>
        <w:tabs>
          <w:tab w:val="left" w:pos="2040"/>
        </w:tabs>
      </w:pPr>
      <w:proofErr w:type="spellStart"/>
      <w:r>
        <w:t>Vrátenie</w:t>
      </w:r>
      <w:proofErr w:type="spellEnd"/>
      <w:r>
        <w:t xml:space="preserve"> </w:t>
      </w:r>
      <w:proofErr w:type="spellStart"/>
      <w:r>
        <w:t>peňazí</w:t>
      </w:r>
      <w:proofErr w:type="spellEnd"/>
      <w:r>
        <w:t>:</w:t>
      </w:r>
      <w:r w:rsidR="004D0C61">
        <w:tab/>
      </w:r>
      <w:proofErr w:type="spellStart"/>
      <w:r w:rsidR="004D0C61">
        <w:t>ano</w:t>
      </w:r>
      <w:proofErr w:type="spellEnd"/>
      <w:r w:rsidR="004D0C61">
        <w:t xml:space="preserve">           </w:t>
      </w:r>
      <w:proofErr w:type="spellStart"/>
      <w:r w:rsidR="004D0C61">
        <w:t>nie</w:t>
      </w:r>
      <w:proofErr w:type="spellEnd"/>
    </w:p>
    <w:p w14:paraId="7E0F84AF" w14:textId="77777777" w:rsidR="004D0C61" w:rsidRDefault="00000000">
      <w:r>
        <w:br/>
      </w:r>
      <w:proofErr w:type="spellStart"/>
      <w:r>
        <w:t>Číslo</w:t>
      </w:r>
      <w:proofErr w:type="spellEnd"/>
      <w:r>
        <w:t xml:space="preserve"> </w:t>
      </w:r>
      <w:proofErr w:type="spellStart"/>
      <w:r>
        <w:t>účtu</w:t>
      </w:r>
      <w:proofErr w:type="spellEnd"/>
      <w:r>
        <w:t>: .....................................................................................</w:t>
      </w:r>
      <w:r w:rsidR="004D0C61">
        <w:t>...................................................................................</w:t>
      </w:r>
    </w:p>
    <w:p w14:paraId="3361D1D5" w14:textId="77777777" w:rsidR="004D0C61" w:rsidRDefault="00000000">
      <w:proofErr w:type="spellStart"/>
      <w:r>
        <w:t>Spôsob</w:t>
      </w:r>
      <w:proofErr w:type="spellEnd"/>
      <w:r>
        <w:t xml:space="preserve"> </w:t>
      </w:r>
      <w:proofErr w:type="spellStart"/>
      <w:r>
        <w:t>vybavenia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</w:t>
      </w:r>
      <w:proofErr w:type="spellStart"/>
      <w:r>
        <w:t>spoločnosťou</w:t>
      </w:r>
      <w:proofErr w:type="spellEnd"/>
      <w:r>
        <w:t xml:space="preserve"> Pneumato s.r.o. v prípade uznania reklamácie:</w:t>
      </w:r>
      <w:r>
        <w:br/>
        <w:t>1) Ak je možné produkt opraviť, bude opravený.</w:t>
      </w:r>
      <w:r>
        <w:br/>
        <w:t>2) Ak produkt nie je možné opraviť, bude vymenený poškodený diel za nový.</w:t>
      </w:r>
      <w:r>
        <w:br/>
        <w:t>3) Ak nie je možné produkt opraviť ani vymeniť jeho časť, bude produkt vymenený za nový.</w:t>
      </w:r>
      <w:r>
        <w:br/>
        <w:t>4) Ak produkt nie je možné opraviť a zároveň už nie je možné dodať nový produkt alebo jeho časť (napr. predaj produktu bol ukončený), budú zákazníkovi vrátené peniaze.</w:t>
      </w:r>
      <w:r>
        <w:br/>
      </w:r>
      <w:r>
        <w:br/>
      </w:r>
      <w:proofErr w:type="spellStart"/>
      <w:r>
        <w:t>Tento</w:t>
      </w:r>
      <w:proofErr w:type="spellEnd"/>
      <w:r>
        <w:t xml:space="preserve"> </w:t>
      </w:r>
      <w:proofErr w:type="spellStart"/>
      <w:r>
        <w:t>reklamačný</w:t>
      </w:r>
      <w:proofErr w:type="spellEnd"/>
      <w:r>
        <w:t xml:space="preserve"> list </w:t>
      </w:r>
      <w:proofErr w:type="spellStart"/>
      <w:r>
        <w:t>prosím</w:t>
      </w:r>
      <w:proofErr w:type="spellEnd"/>
      <w:r>
        <w:t xml:space="preserve"> </w:t>
      </w:r>
      <w:proofErr w:type="spellStart"/>
      <w:r>
        <w:t>zašlite</w:t>
      </w:r>
      <w:proofErr w:type="spellEnd"/>
      <w:r>
        <w:t xml:space="preserve"> </w:t>
      </w:r>
      <w:proofErr w:type="spellStart"/>
      <w:r>
        <w:t>spolu</w:t>
      </w:r>
      <w:proofErr w:type="spellEnd"/>
      <w:r>
        <w:t xml:space="preserve"> s </w:t>
      </w:r>
      <w:proofErr w:type="spellStart"/>
      <w:r>
        <w:t>reklamovaným</w:t>
      </w:r>
      <w:proofErr w:type="spellEnd"/>
      <w:r>
        <w:t xml:space="preserve"> </w:t>
      </w:r>
      <w:proofErr w:type="spellStart"/>
      <w:r>
        <w:t>produktom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adresu</w:t>
      </w:r>
      <w:proofErr w:type="spellEnd"/>
      <w:r>
        <w:t>:</w:t>
      </w:r>
      <w:r>
        <w:br/>
      </w:r>
      <w:r w:rsidRPr="004D0C61">
        <w:rPr>
          <w:b/>
          <w:bCs/>
          <w:sz w:val="24"/>
          <w:szCs w:val="24"/>
        </w:rPr>
        <w:t>Rybarske.</w:t>
      </w:r>
      <w:r w:rsidR="004D0C61" w:rsidRPr="004D0C61">
        <w:rPr>
          <w:b/>
          <w:bCs/>
          <w:sz w:val="24"/>
          <w:szCs w:val="24"/>
        </w:rPr>
        <w:t>sk</w:t>
      </w:r>
      <w:r w:rsidRPr="004D0C61">
        <w:rPr>
          <w:b/>
          <w:bCs/>
          <w:sz w:val="24"/>
          <w:szCs w:val="24"/>
        </w:rPr>
        <w:t xml:space="preserve">, </w:t>
      </w:r>
      <w:proofErr w:type="spellStart"/>
      <w:r w:rsidRPr="004D0C61">
        <w:rPr>
          <w:b/>
          <w:bCs/>
          <w:sz w:val="24"/>
          <w:szCs w:val="24"/>
        </w:rPr>
        <w:t>Reklamačné</w:t>
      </w:r>
      <w:proofErr w:type="spellEnd"/>
      <w:r w:rsidRPr="004D0C61">
        <w:rPr>
          <w:b/>
          <w:bCs/>
          <w:sz w:val="24"/>
          <w:szCs w:val="24"/>
        </w:rPr>
        <w:t xml:space="preserve"> </w:t>
      </w:r>
      <w:proofErr w:type="spellStart"/>
      <w:r w:rsidRPr="004D0C61">
        <w:rPr>
          <w:b/>
          <w:bCs/>
          <w:sz w:val="24"/>
          <w:szCs w:val="24"/>
        </w:rPr>
        <w:t>oddelenie</w:t>
      </w:r>
      <w:proofErr w:type="spellEnd"/>
      <w:r w:rsidRPr="004D0C61">
        <w:rPr>
          <w:b/>
          <w:bCs/>
          <w:sz w:val="24"/>
          <w:szCs w:val="24"/>
        </w:rPr>
        <w:t xml:space="preserve">, </w:t>
      </w:r>
      <w:proofErr w:type="spellStart"/>
      <w:r w:rsidRPr="004D0C61">
        <w:rPr>
          <w:b/>
          <w:bCs/>
          <w:sz w:val="24"/>
          <w:szCs w:val="24"/>
        </w:rPr>
        <w:t>Trstínska</w:t>
      </w:r>
      <w:proofErr w:type="spellEnd"/>
      <w:r w:rsidRPr="004D0C61">
        <w:rPr>
          <w:b/>
          <w:bCs/>
          <w:sz w:val="24"/>
          <w:szCs w:val="24"/>
        </w:rPr>
        <w:t xml:space="preserve"> 9, 917 01 </w:t>
      </w:r>
      <w:proofErr w:type="spellStart"/>
      <w:r w:rsidRPr="004D0C61">
        <w:rPr>
          <w:b/>
          <w:bCs/>
          <w:sz w:val="24"/>
          <w:szCs w:val="24"/>
        </w:rPr>
        <w:t>Trnava</w:t>
      </w:r>
      <w:proofErr w:type="spellEnd"/>
      <w:r>
        <w:br/>
      </w:r>
      <w:r>
        <w:br/>
      </w:r>
      <w:proofErr w:type="spellStart"/>
      <w:r>
        <w:t>Poznámka</w:t>
      </w:r>
      <w:proofErr w:type="spellEnd"/>
      <w:r>
        <w:t>:</w:t>
      </w:r>
    </w:p>
    <w:p w14:paraId="1CED68D0" w14:textId="77777777" w:rsidR="004D0C61" w:rsidRDefault="00000000">
      <w:r>
        <w:br/>
        <w:t>.........................................................................................................................</w:t>
      </w:r>
      <w:r w:rsidR="004D0C61">
        <w:t>......................................................................</w:t>
      </w:r>
      <w:r>
        <w:br/>
      </w:r>
    </w:p>
    <w:p w14:paraId="18AAF986" w14:textId="4ABBAD1F" w:rsidR="004D0C61" w:rsidRDefault="00000000">
      <w:r>
        <w:t>.........................................................................................................................</w:t>
      </w:r>
      <w:r w:rsidR="004D0C61">
        <w:t>......................................................................</w:t>
      </w:r>
    </w:p>
    <w:p w14:paraId="12F628E9" w14:textId="77777777" w:rsidR="004D0C61" w:rsidRDefault="00000000">
      <w:r>
        <w:br/>
      </w:r>
      <w:r>
        <w:br/>
      </w:r>
    </w:p>
    <w:p w14:paraId="02E74D37" w14:textId="77777777" w:rsidR="004D0C61" w:rsidRDefault="004D0C61"/>
    <w:p w14:paraId="0B2B253C" w14:textId="77777777" w:rsidR="004D0C61" w:rsidRDefault="004D0C61"/>
    <w:p w14:paraId="6510A1DB" w14:textId="285F6AE8" w:rsidR="004D0C61" w:rsidRDefault="00000000">
      <w:proofErr w:type="spellStart"/>
      <w:r>
        <w:t>Dátum</w:t>
      </w:r>
      <w:proofErr w:type="spellEnd"/>
      <w:r w:rsidR="00A27AD2">
        <w:t>:</w:t>
      </w:r>
      <w:r>
        <w:t xml:space="preserve"> </w:t>
      </w:r>
      <w:r w:rsidR="004D0C61">
        <w:t xml:space="preserve">                                                                                                        </w:t>
      </w:r>
      <w:r>
        <w:t xml:space="preserve"> </w:t>
      </w:r>
      <w:proofErr w:type="spellStart"/>
      <w:r w:rsidR="004D0C61">
        <w:t>P</w:t>
      </w:r>
      <w:r>
        <w:t>odpis</w:t>
      </w:r>
      <w:proofErr w:type="spellEnd"/>
      <w:r>
        <w:t xml:space="preserve"> </w:t>
      </w:r>
      <w:proofErr w:type="spellStart"/>
      <w:r>
        <w:t>reklamujúceho</w:t>
      </w:r>
      <w:proofErr w:type="spellEnd"/>
      <w:r>
        <w:t>:</w:t>
      </w:r>
    </w:p>
    <w:p w14:paraId="07982253" w14:textId="77777777" w:rsidR="004D0C61" w:rsidRDefault="004D0C61"/>
    <w:p w14:paraId="6F1A2733" w14:textId="631D8DC6" w:rsidR="0057712B" w:rsidRDefault="00000000">
      <w:r>
        <w:br/>
        <w:t>..............................................................</w:t>
      </w:r>
      <w:r w:rsidR="004D0C61">
        <w:t xml:space="preserve">                                                         ………………………………………………</w:t>
      </w:r>
      <w:r>
        <w:br/>
      </w:r>
    </w:p>
    <w:sectPr w:rsidR="0057712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50910680">
    <w:abstractNumId w:val="8"/>
  </w:num>
  <w:num w:numId="2" w16cid:durableId="2001344796">
    <w:abstractNumId w:val="6"/>
  </w:num>
  <w:num w:numId="3" w16cid:durableId="1778528031">
    <w:abstractNumId w:val="5"/>
  </w:num>
  <w:num w:numId="4" w16cid:durableId="1152480454">
    <w:abstractNumId w:val="4"/>
  </w:num>
  <w:num w:numId="5" w16cid:durableId="2079286296">
    <w:abstractNumId w:val="7"/>
  </w:num>
  <w:num w:numId="6" w16cid:durableId="1805155674">
    <w:abstractNumId w:val="3"/>
  </w:num>
  <w:num w:numId="7" w16cid:durableId="393284356">
    <w:abstractNumId w:val="2"/>
  </w:num>
  <w:num w:numId="8" w16cid:durableId="1276055697">
    <w:abstractNumId w:val="1"/>
  </w:num>
  <w:num w:numId="9" w16cid:durableId="1591163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D0C61"/>
    <w:rsid w:val="0057712B"/>
    <w:rsid w:val="0090098F"/>
    <w:rsid w:val="00A27AD2"/>
    <w:rsid w:val="00AA1D8D"/>
    <w:rsid w:val="00B47730"/>
    <w:rsid w:val="00CB0664"/>
    <w:rsid w:val="00D4289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CD3F88"/>
  <w14:defaultImageDpi w14:val="300"/>
  <w15:docId w15:val="{2F3C79C7-EB39-4802-97D3-83AC1D7A3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3886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</cp:lastModifiedBy>
  <cp:revision>3</cp:revision>
  <dcterms:created xsi:type="dcterms:W3CDTF">2026-01-13T18:15:00Z</dcterms:created>
  <dcterms:modified xsi:type="dcterms:W3CDTF">2026-01-13T18:25:00Z</dcterms:modified>
  <cp:category/>
</cp:coreProperties>
</file>